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24493E" w14:textId="089A1C3D" w:rsidR="00DC218A" w:rsidRDefault="009B3BE2" w:rsidP="00DC218A">
      <w:pPr>
        <w:spacing w:after="0" w:line="240" w:lineRule="auto"/>
        <w:rPr>
          <w:sz w:val="56"/>
          <w:szCs w:val="56"/>
        </w:rPr>
      </w:pPr>
      <w:r>
        <w:rPr>
          <w:noProof/>
        </w:rPr>
        <w:drawing>
          <wp:inline distT="0" distB="0" distL="0" distR="0" wp14:anchorId="76042C11" wp14:editId="24B66989">
            <wp:extent cx="590550" cy="589251"/>
            <wp:effectExtent l="0" t="0" r="0" b="1905"/>
            <wp:docPr id="1954933582" name="Picture 1" descr="Logo History | Trademark Licensing | Washington State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History | Trademark Licensing | Washington State Universit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8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18A">
        <w:rPr>
          <w:sz w:val="56"/>
          <w:szCs w:val="56"/>
        </w:rPr>
        <w:t xml:space="preserve">  </w:t>
      </w:r>
      <w:r>
        <w:rPr>
          <w:sz w:val="56"/>
          <w:szCs w:val="56"/>
        </w:rPr>
        <w:t>W</w:t>
      </w:r>
      <w:r w:rsidR="00F86F80">
        <w:rPr>
          <w:sz w:val="56"/>
          <w:szCs w:val="56"/>
        </w:rPr>
        <w:t>ashington State University</w:t>
      </w:r>
    </w:p>
    <w:p w14:paraId="64F8D140" w14:textId="781B8600" w:rsidR="007E6EA3" w:rsidRDefault="00DC218A" w:rsidP="00DC218A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Sports Medicine</w:t>
      </w:r>
    </w:p>
    <w:p w14:paraId="46734BCB" w14:textId="77777777" w:rsidR="001F68B1" w:rsidRPr="00F75761" w:rsidRDefault="001F68B1" w:rsidP="009B3BE2">
      <w:pPr>
        <w:spacing w:after="0" w:line="240" w:lineRule="auto"/>
        <w:jc w:val="center"/>
        <w:rPr>
          <w:sz w:val="28"/>
          <w:szCs w:val="28"/>
        </w:rPr>
      </w:pPr>
      <w:r w:rsidRPr="00F75761">
        <w:rPr>
          <w:sz w:val="28"/>
          <w:szCs w:val="28"/>
        </w:rPr>
        <w:t>Dr. Ed Tingstad</w:t>
      </w:r>
    </w:p>
    <w:p w14:paraId="629FFF11" w14:textId="02FE98F7" w:rsidR="009B3BE2" w:rsidRPr="00F75761" w:rsidRDefault="001F68B1" w:rsidP="009B3BE2">
      <w:pPr>
        <w:spacing w:after="0" w:line="240" w:lineRule="auto"/>
        <w:jc w:val="center"/>
        <w:rPr>
          <w:sz w:val="28"/>
          <w:szCs w:val="28"/>
        </w:rPr>
      </w:pPr>
      <w:r w:rsidRPr="00F75761">
        <w:rPr>
          <w:sz w:val="28"/>
          <w:szCs w:val="28"/>
        </w:rPr>
        <w:t>825 SE Bishop Blvd Suite 120</w:t>
      </w:r>
      <w:r w:rsidR="009B3BE2" w:rsidRPr="00F75761">
        <w:rPr>
          <w:sz w:val="28"/>
          <w:szCs w:val="28"/>
        </w:rPr>
        <w:t>,</w:t>
      </w:r>
      <w:r w:rsidRPr="00F75761">
        <w:rPr>
          <w:sz w:val="28"/>
          <w:szCs w:val="28"/>
        </w:rPr>
        <w:t xml:space="preserve"> Pullman, WA 99163</w:t>
      </w:r>
      <w:r w:rsidR="009B3BE2" w:rsidRPr="00F75761">
        <w:rPr>
          <w:sz w:val="28"/>
          <w:szCs w:val="28"/>
        </w:rPr>
        <w:t xml:space="preserve"> </w:t>
      </w:r>
    </w:p>
    <w:p w14:paraId="14911FC3" w14:textId="051496F7" w:rsidR="001F68B1" w:rsidRPr="00F75761" w:rsidRDefault="001F68B1" w:rsidP="009B3BE2">
      <w:pPr>
        <w:spacing w:after="0" w:line="240" w:lineRule="auto"/>
        <w:jc w:val="center"/>
        <w:rPr>
          <w:sz w:val="28"/>
          <w:szCs w:val="28"/>
        </w:rPr>
      </w:pPr>
      <w:r w:rsidRPr="00F75761">
        <w:rPr>
          <w:sz w:val="28"/>
          <w:szCs w:val="28"/>
        </w:rPr>
        <w:t>(509) 332-2828</w:t>
      </w:r>
    </w:p>
    <w:p w14:paraId="46BBF363" w14:textId="77777777" w:rsidR="009B3BE2" w:rsidRPr="00F75761" w:rsidRDefault="009B3BE2" w:rsidP="009B3BE2">
      <w:pPr>
        <w:spacing w:after="0" w:line="240" w:lineRule="auto"/>
        <w:jc w:val="center"/>
        <w:rPr>
          <w:sz w:val="36"/>
          <w:szCs w:val="36"/>
        </w:rPr>
      </w:pPr>
    </w:p>
    <w:p w14:paraId="0D8D4D44" w14:textId="542C3149" w:rsidR="00F74EAE" w:rsidRPr="00F75761" w:rsidRDefault="00A3680A" w:rsidP="009B3BE2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F75761">
        <w:rPr>
          <w:b/>
          <w:bCs/>
          <w:sz w:val="28"/>
          <w:szCs w:val="28"/>
          <w:u w:val="single"/>
        </w:rPr>
        <w:t>Post-Operative Rehabilitation Protocol</w:t>
      </w:r>
    </w:p>
    <w:p w14:paraId="40ED2B65" w14:textId="77777777" w:rsidR="00A3680A" w:rsidRPr="00F75761" w:rsidRDefault="00A3680A" w:rsidP="009B3BE2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F75761">
        <w:rPr>
          <w:b/>
          <w:bCs/>
          <w:sz w:val="28"/>
          <w:szCs w:val="28"/>
        </w:rPr>
        <w:t xml:space="preserve">Medial Patellofemoral Ligament (MFPL) Reconstruction / Tibial Tubercle Osteotomy (TTO) / </w:t>
      </w:r>
      <w:proofErr w:type="spellStart"/>
      <w:r w:rsidRPr="00F75761">
        <w:rPr>
          <w:b/>
          <w:bCs/>
          <w:sz w:val="28"/>
          <w:szCs w:val="28"/>
        </w:rPr>
        <w:t>Trochleoplasty</w:t>
      </w:r>
      <w:proofErr w:type="spellEnd"/>
    </w:p>
    <w:p w14:paraId="1059AF4E" w14:textId="77777777" w:rsidR="00664949" w:rsidRDefault="00F30F21" w:rsidP="009B3BE2">
      <w:pPr>
        <w:spacing w:after="0" w:line="240" w:lineRule="auto"/>
      </w:pPr>
      <w:r>
        <w:br/>
      </w:r>
      <w:r w:rsidRPr="00DA4C0C">
        <w:rPr>
          <w:b/>
          <w:bCs/>
          <w:u w:val="single"/>
        </w:rPr>
        <w:br/>
      </w:r>
      <w:r w:rsidRPr="00241FD2">
        <w:rPr>
          <w:b/>
          <w:bCs/>
          <w:sz w:val="28"/>
          <w:szCs w:val="28"/>
          <w:u w:val="single"/>
        </w:rPr>
        <w:t>PHASE 1 (0–6 weeks post-op):</w:t>
      </w:r>
      <w:r>
        <w:br/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9"/>
        <w:gridCol w:w="5787"/>
      </w:tblGrid>
      <w:tr w:rsidR="00A75504" w14:paraId="0856A948" w14:textId="77777777" w:rsidTr="006C7134">
        <w:trPr>
          <w:trHeight w:val="1440"/>
        </w:trPr>
        <w:tc>
          <w:tcPr>
            <w:tcW w:w="3069" w:type="dxa"/>
          </w:tcPr>
          <w:p w14:paraId="4E50FF2B" w14:textId="77777777" w:rsidR="0064158E" w:rsidRDefault="0064158E" w:rsidP="00EC4DD1">
            <w:pPr>
              <w:jc w:val="right"/>
              <w:rPr>
                <w:b/>
                <w:bCs/>
              </w:rPr>
            </w:pPr>
          </w:p>
          <w:p w14:paraId="5979F266" w14:textId="77777777" w:rsidR="0064158E" w:rsidRDefault="0064158E" w:rsidP="00EC4DD1">
            <w:pPr>
              <w:jc w:val="right"/>
              <w:rPr>
                <w:b/>
                <w:bCs/>
              </w:rPr>
            </w:pPr>
          </w:p>
          <w:p w14:paraId="7B071A64" w14:textId="77777777" w:rsidR="0064158E" w:rsidRDefault="0064158E" w:rsidP="00EC4DD1">
            <w:pPr>
              <w:jc w:val="right"/>
              <w:rPr>
                <w:b/>
                <w:bCs/>
              </w:rPr>
            </w:pPr>
          </w:p>
          <w:p w14:paraId="56B8BD54" w14:textId="77777777" w:rsidR="0064158E" w:rsidRDefault="0064158E" w:rsidP="00EC4DD1">
            <w:pPr>
              <w:jc w:val="right"/>
              <w:rPr>
                <w:b/>
                <w:bCs/>
              </w:rPr>
            </w:pPr>
          </w:p>
          <w:p w14:paraId="5BA70CD7" w14:textId="5A8C62D7" w:rsidR="00664949" w:rsidRPr="00664949" w:rsidRDefault="00664949" w:rsidP="00EC4DD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Goals</w:t>
            </w:r>
          </w:p>
        </w:tc>
        <w:tc>
          <w:tcPr>
            <w:tcW w:w="5787" w:type="dxa"/>
          </w:tcPr>
          <w:p w14:paraId="32A47537" w14:textId="0F93DA48" w:rsidR="00664949" w:rsidRDefault="00664949" w:rsidP="00EC4DD1">
            <w:pPr>
              <w:pStyle w:val="ListParagraph"/>
              <w:numPr>
                <w:ilvl w:val="0"/>
                <w:numId w:val="10"/>
              </w:numPr>
            </w:pPr>
            <w:r>
              <w:t xml:space="preserve">Protect repair, </w:t>
            </w:r>
            <w:r w:rsidR="00F86F80">
              <w:t>“</w:t>
            </w:r>
            <w:r>
              <w:t>quiet knee</w:t>
            </w:r>
            <w:r w:rsidR="00F86F80">
              <w:t>”</w:t>
            </w:r>
            <w:r>
              <w:t xml:space="preserve"> (</w:t>
            </w:r>
            <w:r w:rsidR="004909C1">
              <w:t>f</w:t>
            </w:r>
            <w:r>
              <w:t>irst 2 weeks), enhance nutrition and hydration</w:t>
            </w:r>
          </w:p>
          <w:p w14:paraId="5ACEC9F7" w14:textId="1C850BF1" w:rsidR="00664949" w:rsidRDefault="00664949" w:rsidP="00EC4DD1">
            <w:pPr>
              <w:pStyle w:val="ListParagraph"/>
              <w:numPr>
                <w:ilvl w:val="0"/>
                <w:numId w:val="10"/>
              </w:numPr>
            </w:pPr>
            <w:r>
              <w:t>Control post-operative pain</w:t>
            </w:r>
            <w:r w:rsidR="00834C79">
              <w:t>,</w:t>
            </w:r>
            <w:r>
              <w:t xml:space="preserve"> inflammation, and swelling</w:t>
            </w:r>
          </w:p>
          <w:p w14:paraId="52E5270A" w14:textId="77777777" w:rsidR="00664949" w:rsidRDefault="00664949" w:rsidP="00EC4DD1">
            <w:pPr>
              <w:pStyle w:val="ListParagraph"/>
              <w:numPr>
                <w:ilvl w:val="0"/>
                <w:numId w:val="10"/>
              </w:numPr>
            </w:pPr>
            <w:r>
              <w:t>Prevent muscle atrophy – regain active quadriceps contraction</w:t>
            </w:r>
          </w:p>
          <w:p w14:paraId="6A31820A" w14:textId="6DC621AD" w:rsidR="00664949" w:rsidRPr="00664949" w:rsidRDefault="00664949" w:rsidP="00EC4DD1">
            <w:pPr>
              <w:pStyle w:val="ListParagraph"/>
              <w:numPr>
                <w:ilvl w:val="0"/>
                <w:numId w:val="10"/>
              </w:numPr>
            </w:pPr>
            <w:r>
              <w:t xml:space="preserve">Emphasis on compliance </w:t>
            </w:r>
            <w:proofErr w:type="gramStart"/>
            <w:r>
              <w:t>to</w:t>
            </w:r>
            <w:proofErr w:type="gramEnd"/>
            <w:r>
              <w:t xml:space="preserve"> HEP and WB precautions/restrictions</w:t>
            </w:r>
          </w:p>
        </w:tc>
      </w:tr>
      <w:tr w:rsidR="00A75504" w14:paraId="1B8ECFF9" w14:textId="77777777" w:rsidTr="006C7134">
        <w:trPr>
          <w:trHeight w:val="1440"/>
        </w:trPr>
        <w:tc>
          <w:tcPr>
            <w:tcW w:w="3069" w:type="dxa"/>
          </w:tcPr>
          <w:p w14:paraId="746C72A6" w14:textId="77777777" w:rsidR="0064158E" w:rsidRDefault="0064158E" w:rsidP="00EC4DD1">
            <w:pPr>
              <w:jc w:val="right"/>
              <w:rPr>
                <w:b/>
                <w:bCs/>
              </w:rPr>
            </w:pPr>
          </w:p>
          <w:p w14:paraId="1B925015" w14:textId="77777777" w:rsidR="0064158E" w:rsidRDefault="0064158E" w:rsidP="00EC4DD1">
            <w:pPr>
              <w:jc w:val="right"/>
              <w:rPr>
                <w:b/>
                <w:bCs/>
              </w:rPr>
            </w:pPr>
          </w:p>
          <w:p w14:paraId="28D655FE" w14:textId="77777777" w:rsidR="0064158E" w:rsidRDefault="0064158E" w:rsidP="00EC4DD1">
            <w:pPr>
              <w:jc w:val="right"/>
              <w:rPr>
                <w:b/>
                <w:bCs/>
              </w:rPr>
            </w:pPr>
          </w:p>
          <w:p w14:paraId="4389A6E1" w14:textId="77777777" w:rsidR="0064158E" w:rsidRDefault="0064158E" w:rsidP="00EC4DD1">
            <w:pPr>
              <w:jc w:val="right"/>
              <w:rPr>
                <w:b/>
                <w:bCs/>
              </w:rPr>
            </w:pPr>
          </w:p>
          <w:p w14:paraId="65857ED0" w14:textId="77777777" w:rsidR="0064158E" w:rsidRDefault="0064158E" w:rsidP="00EC4DD1">
            <w:pPr>
              <w:jc w:val="right"/>
              <w:rPr>
                <w:b/>
                <w:bCs/>
              </w:rPr>
            </w:pPr>
          </w:p>
          <w:p w14:paraId="7FA8D4FE" w14:textId="12D3E1AE" w:rsidR="00664949" w:rsidRPr="00664949" w:rsidRDefault="00664949" w:rsidP="00EC4DD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Brace/Precautions/Crutch Use</w:t>
            </w:r>
          </w:p>
        </w:tc>
        <w:tc>
          <w:tcPr>
            <w:tcW w:w="5787" w:type="dxa"/>
          </w:tcPr>
          <w:p w14:paraId="41652796" w14:textId="77777777" w:rsidR="00A75504" w:rsidRPr="0064158E" w:rsidRDefault="00664949" w:rsidP="004909C1">
            <w:pPr>
              <w:pStyle w:val="ListParagraph"/>
              <w:numPr>
                <w:ilvl w:val="0"/>
                <w:numId w:val="11"/>
              </w:numPr>
            </w:pPr>
            <w:r w:rsidRPr="0064158E">
              <w:t>Weight bearing:</w:t>
            </w:r>
          </w:p>
          <w:p w14:paraId="64CDD4A2" w14:textId="0B81B8AA" w:rsidR="00664949" w:rsidRPr="0064158E" w:rsidRDefault="00664949" w:rsidP="004909C1">
            <w:pPr>
              <w:pStyle w:val="ListParagraph"/>
              <w:numPr>
                <w:ilvl w:val="1"/>
                <w:numId w:val="11"/>
              </w:numPr>
            </w:pPr>
            <w:r w:rsidRPr="0064158E">
              <w:t xml:space="preserve">0–6 weeks: 50% WB – avoid full WB </w:t>
            </w:r>
            <w:r w:rsidR="004775A9">
              <w:t xml:space="preserve">for </w:t>
            </w:r>
            <w:r w:rsidRPr="0064158E">
              <w:t>first 6 weeks – use crutches or walker</w:t>
            </w:r>
          </w:p>
          <w:p w14:paraId="4ECFE2BB" w14:textId="1A0BBD4A" w:rsidR="00A75504" w:rsidRPr="0064158E" w:rsidRDefault="00664949" w:rsidP="004909C1">
            <w:pPr>
              <w:pStyle w:val="ListParagraph"/>
              <w:numPr>
                <w:ilvl w:val="0"/>
                <w:numId w:val="11"/>
              </w:numPr>
            </w:pPr>
            <w:r w:rsidRPr="0064158E">
              <w:t>Brace: 0–2 w</w:t>
            </w:r>
            <w:r w:rsidR="00E94E0D">
              <w:t>ee</w:t>
            </w:r>
            <w:r w:rsidRPr="0064158E">
              <w:t>ks: 0–70°, 2–4 w</w:t>
            </w:r>
            <w:r w:rsidR="00E94E0D">
              <w:t>ee</w:t>
            </w:r>
            <w:r w:rsidRPr="0064158E">
              <w:t>ks: 0–90°, unlock after week 4</w:t>
            </w:r>
          </w:p>
          <w:p w14:paraId="63776E0D" w14:textId="51A7797C" w:rsidR="00A75504" w:rsidRPr="0064158E" w:rsidRDefault="00A75504" w:rsidP="004909C1">
            <w:pPr>
              <w:pStyle w:val="ListParagraph"/>
              <w:numPr>
                <w:ilvl w:val="1"/>
                <w:numId w:val="11"/>
              </w:numPr>
            </w:pPr>
            <w:r w:rsidRPr="0064158E">
              <w:t>Brace may be removed for hygiene, therapy, sleeping, and while sitting</w:t>
            </w:r>
          </w:p>
          <w:p w14:paraId="26CF5800" w14:textId="744806E0" w:rsidR="00A75504" w:rsidRPr="0064158E" w:rsidRDefault="00A75504" w:rsidP="004909C1">
            <w:pPr>
              <w:pStyle w:val="ListParagraph"/>
              <w:numPr>
                <w:ilvl w:val="1"/>
                <w:numId w:val="11"/>
              </w:numPr>
            </w:pPr>
            <w:r w:rsidRPr="0064158E">
              <w:t>Avoid ambulation without brace for first 6 weeks</w:t>
            </w:r>
          </w:p>
          <w:p w14:paraId="551BBEB4" w14:textId="777FD51D" w:rsidR="00A75504" w:rsidRPr="0064158E" w:rsidRDefault="0064158E" w:rsidP="00A75504">
            <w:pPr>
              <w:pStyle w:val="ListParagraph"/>
              <w:numPr>
                <w:ilvl w:val="0"/>
                <w:numId w:val="11"/>
              </w:numPr>
            </w:pPr>
            <w:r w:rsidRPr="0064158E">
              <w:t>Avoid fall risks and lateral pressure on patella</w:t>
            </w:r>
          </w:p>
          <w:p w14:paraId="22563723" w14:textId="677026F4" w:rsidR="0064158E" w:rsidRPr="0064158E" w:rsidRDefault="0064158E" w:rsidP="00A75504">
            <w:pPr>
              <w:pStyle w:val="ListParagraph"/>
              <w:numPr>
                <w:ilvl w:val="0"/>
                <w:numId w:val="11"/>
              </w:numPr>
            </w:pPr>
            <w:r w:rsidRPr="0064158E">
              <w:t>Avoid AAROM knee extension</w:t>
            </w:r>
          </w:p>
          <w:p w14:paraId="0B000A10" w14:textId="3E2BD3DB" w:rsidR="00664949" w:rsidRPr="0064158E" w:rsidRDefault="0064158E" w:rsidP="00A75504">
            <w:pPr>
              <w:pStyle w:val="ListParagraph"/>
              <w:numPr>
                <w:ilvl w:val="0"/>
                <w:numId w:val="11"/>
              </w:numPr>
            </w:pPr>
            <w:r>
              <w:t>Follow ROM guidelines per surgeon’s suggestion, may be customized per patient’s needs</w:t>
            </w:r>
          </w:p>
        </w:tc>
      </w:tr>
      <w:tr w:rsidR="00A75504" w14:paraId="468D2C02" w14:textId="77777777" w:rsidTr="006C7134">
        <w:trPr>
          <w:trHeight w:val="1440"/>
        </w:trPr>
        <w:tc>
          <w:tcPr>
            <w:tcW w:w="3069" w:type="dxa"/>
          </w:tcPr>
          <w:p w14:paraId="37232E84" w14:textId="77777777" w:rsidR="0064158E" w:rsidRDefault="0064158E" w:rsidP="00EC4DD1">
            <w:pPr>
              <w:jc w:val="right"/>
              <w:rPr>
                <w:b/>
                <w:bCs/>
              </w:rPr>
            </w:pPr>
          </w:p>
          <w:p w14:paraId="0BC0FA4B" w14:textId="77777777" w:rsidR="006C7134" w:rsidRDefault="006C7134" w:rsidP="006C7134">
            <w:pPr>
              <w:rPr>
                <w:b/>
                <w:bCs/>
              </w:rPr>
            </w:pPr>
          </w:p>
          <w:p w14:paraId="50CD33DC" w14:textId="0D0173B7" w:rsidR="00664949" w:rsidRPr="0064158E" w:rsidRDefault="0064158E" w:rsidP="006C713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Range of Motion</w:t>
            </w:r>
          </w:p>
        </w:tc>
        <w:tc>
          <w:tcPr>
            <w:tcW w:w="5787" w:type="dxa"/>
          </w:tcPr>
          <w:p w14:paraId="6232D1EA" w14:textId="43C2B043" w:rsidR="00664949" w:rsidRDefault="007D22BC" w:rsidP="007947C0">
            <w:pPr>
              <w:pStyle w:val="ListParagraph"/>
              <w:numPr>
                <w:ilvl w:val="0"/>
                <w:numId w:val="14"/>
              </w:numPr>
            </w:pPr>
            <w:r>
              <w:t>Active assisted and passive knee flexion and knee extension ROM</w:t>
            </w:r>
          </w:p>
          <w:p w14:paraId="6E136C5D" w14:textId="1E336E6D" w:rsidR="007D22BC" w:rsidRDefault="002D019F" w:rsidP="007D22BC">
            <w:pPr>
              <w:pStyle w:val="ListParagraph"/>
              <w:numPr>
                <w:ilvl w:val="1"/>
                <w:numId w:val="12"/>
              </w:numPr>
            </w:pPr>
            <w:r>
              <w:t xml:space="preserve">0–90° </w:t>
            </w:r>
            <w:r w:rsidR="004B4CE8">
              <w:t xml:space="preserve">with </w:t>
            </w:r>
            <w:r>
              <w:t>no forced flexion</w:t>
            </w:r>
          </w:p>
          <w:p w14:paraId="47B61E4C" w14:textId="77777777" w:rsidR="002D019F" w:rsidRDefault="009E7C16" w:rsidP="002D019F">
            <w:pPr>
              <w:pStyle w:val="ListParagraph"/>
              <w:numPr>
                <w:ilvl w:val="0"/>
                <w:numId w:val="12"/>
              </w:numPr>
            </w:pPr>
            <w:r>
              <w:t>0-2 weeks: 0-70° in brace</w:t>
            </w:r>
          </w:p>
          <w:p w14:paraId="0C51D2B1" w14:textId="77777777" w:rsidR="009E7C16" w:rsidRDefault="009E7C16" w:rsidP="002D019F">
            <w:pPr>
              <w:pStyle w:val="ListParagraph"/>
              <w:numPr>
                <w:ilvl w:val="0"/>
                <w:numId w:val="12"/>
              </w:numPr>
            </w:pPr>
            <w:r>
              <w:t>2-4 weeks: 0-90° in brace</w:t>
            </w:r>
          </w:p>
          <w:p w14:paraId="6B4B65CC" w14:textId="3DD23AC8" w:rsidR="009E7C16" w:rsidRPr="009E7C16" w:rsidRDefault="009E7C16" w:rsidP="009E7C16">
            <w:pPr>
              <w:pStyle w:val="ListParagraph"/>
              <w:numPr>
                <w:ilvl w:val="0"/>
                <w:numId w:val="12"/>
              </w:numPr>
            </w:pPr>
            <w:r>
              <w:t>4-6 weeks: unlock brace</w:t>
            </w:r>
          </w:p>
        </w:tc>
      </w:tr>
      <w:tr w:rsidR="00A75504" w14:paraId="4CC09D1A" w14:textId="77777777" w:rsidTr="006C7134">
        <w:trPr>
          <w:trHeight w:val="1440"/>
        </w:trPr>
        <w:tc>
          <w:tcPr>
            <w:tcW w:w="3069" w:type="dxa"/>
          </w:tcPr>
          <w:p w14:paraId="124F07E9" w14:textId="77777777" w:rsidR="007947C0" w:rsidRDefault="007947C0" w:rsidP="00EC4DD1">
            <w:pPr>
              <w:jc w:val="right"/>
              <w:rPr>
                <w:b/>
                <w:bCs/>
              </w:rPr>
            </w:pPr>
          </w:p>
          <w:p w14:paraId="7DCA1EC6" w14:textId="77777777" w:rsidR="007947C0" w:rsidRDefault="007947C0" w:rsidP="00EC4DD1">
            <w:pPr>
              <w:jc w:val="right"/>
              <w:rPr>
                <w:b/>
                <w:bCs/>
              </w:rPr>
            </w:pPr>
          </w:p>
          <w:p w14:paraId="30DE2DF5" w14:textId="7CEF2778" w:rsidR="00664949" w:rsidRDefault="001F68B1" w:rsidP="00EC4DD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Strengthening</w:t>
            </w:r>
          </w:p>
        </w:tc>
        <w:tc>
          <w:tcPr>
            <w:tcW w:w="5787" w:type="dxa"/>
          </w:tcPr>
          <w:p w14:paraId="51732DFD" w14:textId="77777777" w:rsidR="00664949" w:rsidRDefault="006C7134" w:rsidP="001F68B1">
            <w:pPr>
              <w:pStyle w:val="ListParagraph"/>
              <w:numPr>
                <w:ilvl w:val="0"/>
                <w:numId w:val="13"/>
              </w:numPr>
            </w:pPr>
            <w:r>
              <w:t xml:space="preserve">Restore quadriceps recruitment through strengthening exercises </w:t>
            </w:r>
          </w:p>
          <w:p w14:paraId="677DC550" w14:textId="77777777" w:rsidR="006C7134" w:rsidRDefault="006C7134" w:rsidP="001F68B1">
            <w:pPr>
              <w:pStyle w:val="ListParagraph"/>
              <w:numPr>
                <w:ilvl w:val="0"/>
                <w:numId w:val="13"/>
              </w:numPr>
            </w:pPr>
            <w:r>
              <w:t xml:space="preserve">Hip progressive </w:t>
            </w:r>
            <w:r w:rsidR="007947C0">
              <w:t>resistive exercises: pain-free SLR with brace if lag is present</w:t>
            </w:r>
          </w:p>
          <w:p w14:paraId="5695D2B0" w14:textId="7E0C65CE" w:rsidR="007947C0" w:rsidRPr="001F68B1" w:rsidRDefault="007947C0" w:rsidP="001F68B1">
            <w:pPr>
              <w:pStyle w:val="ListParagraph"/>
              <w:numPr>
                <w:ilvl w:val="0"/>
                <w:numId w:val="13"/>
              </w:numPr>
            </w:pPr>
            <w:r>
              <w:t>Distal strengthening</w:t>
            </w:r>
          </w:p>
        </w:tc>
      </w:tr>
      <w:tr w:rsidR="00A75504" w14:paraId="08AA2B07" w14:textId="77777777" w:rsidTr="006C7134">
        <w:trPr>
          <w:trHeight w:val="1440"/>
        </w:trPr>
        <w:tc>
          <w:tcPr>
            <w:tcW w:w="3069" w:type="dxa"/>
          </w:tcPr>
          <w:p w14:paraId="16F56FB6" w14:textId="77777777" w:rsidR="007947C0" w:rsidRDefault="007947C0" w:rsidP="00EC4DD1">
            <w:pPr>
              <w:jc w:val="right"/>
              <w:rPr>
                <w:b/>
                <w:bCs/>
              </w:rPr>
            </w:pPr>
          </w:p>
          <w:p w14:paraId="742EDEE7" w14:textId="77777777" w:rsidR="007947C0" w:rsidRDefault="007947C0" w:rsidP="00EC4DD1">
            <w:pPr>
              <w:jc w:val="right"/>
              <w:rPr>
                <w:b/>
                <w:bCs/>
              </w:rPr>
            </w:pPr>
          </w:p>
          <w:p w14:paraId="73D5D57E" w14:textId="77777777" w:rsidR="00302D58" w:rsidRDefault="00302D58" w:rsidP="00EC4DD1">
            <w:pPr>
              <w:jc w:val="right"/>
              <w:rPr>
                <w:b/>
                <w:bCs/>
              </w:rPr>
            </w:pPr>
          </w:p>
          <w:p w14:paraId="1457CF41" w14:textId="452A39A1" w:rsidR="00664949" w:rsidRDefault="007947C0" w:rsidP="007947C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Home Instructions</w:t>
            </w:r>
          </w:p>
        </w:tc>
        <w:tc>
          <w:tcPr>
            <w:tcW w:w="5787" w:type="dxa"/>
          </w:tcPr>
          <w:p w14:paraId="6BB4517F" w14:textId="77777777" w:rsidR="00664949" w:rsidRDefault="007947C0" w:rsidP="007947C0">
            <w:pPr>
              <w:pStyle w:val="ListParagraph"/>
              <w:numPr>
                <w:ilvl w:val="0"/>
                <w:numId w:val="15"/>
              </w:numPr>
            </w:pPr>
            <w:r>
              <w:t>Keep surgical dressings clean and dry, avoid hot tubs and hot baths</w:t>
            </w:r>
          </w:p>
          <w:p w14:paraId="469F4D6B" w14:textId="77777777" w:rsidR="007947C0" w:rsidRDefault="00302D58" w:rsidP="007947C0">
            <w:pPr>
              <w:pStyle w:val="ListParagraph"/>
              <w:numPr>
                <w:ilvl w:val="0"/>
                <w:numId w:val="15"/>
              </w:numPr>
            </w:pPr>
            <w:r>
              <w:t>Change surgical bandages on the 3</w:t>
            </w:r>
            <w:r w:rsidRPr="00302D58">
              <w:rPr>
                <w:vertAlign w:val="superscript"/>
              </w:rPr>
              <w:t>rd</w:t>
            </w:r>
            <w:r>
              <w:t xml:space="preserve"> day after surgery (keep covered until first clinic visit)</w:t>
            </w:r>
          </w:p>
          <w:p w14:paraId="213171F3" w14:textId="77777777" w:rsidR="00302D58" w:rsidRDefault="00302D58" w:rsidP="007947C0">
            <w:pPr>
              <w:pStyle w:val="ListParagraph"/>
              <w:numPr>
                <w:ilvl w:val="0"/>
                <w:numId w:val="15"/>
              </w:numPr>
            </w:pPr>
            <w:r>
              <w:t>Cover with waterproof dressing</w:t>
            </w:r>
          </w:p>
          <w:p w14:paraId="07B6BE2B" w14:textId="632595EE" w:rsidR="00302D58" w:rsidRPr="007947C0" w:rsidRDefault="00302D58" w:rsidP="007947C0">
            <w:pPr>
              <w:pStyle w:val="ListParagraph"/>
              <w:numPr>
                <w:ilvl w:val="0"/>
                <w:numId w:val="15"/>
              </w:numPr>
            </w:pPr>
            <w:r>
              <w:t>Note DVT (blood clot) prophylaxis medications provided by your surgeon to take following surgery – follow these instructions carefully</w:t>
            </w:r>
          </w:p>
        </w:tc>
      </w:tr>
      <w:tr w:rsidR="00A75504" w14:paraId="217A4AE4" w14:textId="77777777" w:rsidTr="006C7134">
        <w:trPr>
          <w:trHeight w:val="1440"/>
        </w:trPr>
        <w:tc>
          <w:tcPr>
            <w:tcW w:w="3069" w:type="dxa"/>
          </w:tcPr>
          <w:p w14:paraId="286C04FF" w14:textId="77777777" w:rsidR="00302D58" w:rsidRDefault="00302D58" w:rsidP="00EC4DD1">
            <w:pPr>
              <w:jc w:val="right"/>
              <w:rPr>
                <w:b/>
                <w:bCs/>
              </w:rPr>
            </w:pPr>
          </w:p>
          <w:p w14:paraId="05E96F5D" w14:textId="77777777" w:rsidR="00302D58" w:rsidRDefault="00302D58" w:rsidP="00EC4DD1">
            <w:pPr>
              <w:jc w:val="right"/>
              <w:rPr>
                <w:b/>
                <w:bCs/>
              </w:rPr>
            </w:pPr>
          </w:p>
          <w:p w14:paraId="03414FE3" w14:textId="53087125" w:rsidR="00664949" w:rsidRPr="00302D58" w:rsidRDefault="00302D58" w:rsidP="00EC4DD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Suggested Exercises</w:t>
            </w:r>
          </w:p>
        </w:tc>
        <w:tc>
          <w:tcPr>
            <w:tcW w:w="5787" w:type="dxa"/>
          </w:tcPr>
          <w:p w14:paraId="07ED6C37" w14:textId="77777777" w:rsidR="00664949" w:rsidRDefault="00302D58" w:rsidP="00302D58">
            <w:pPr>
              <w:pStyle w:val="ListParagraph"/>
              <w:numPr>
                <w:ilvl w:val="0"/>
                <w:numId w:val="16"/>
              </w:numPr>
            </w:pPr>
            <w:r>
              <w:t>Ankle pumps</w:t>
            </w:r>
          </w:p>
          <w:p w14:paraId="72EAE333" w14:textId="77777777" w:rsidR="00302D58" w:rsidRDefault="00302D58" w:rsidP="00302D58">
            <w:pPr>
              <w:pStyle w:val="ListParagraph"/>
              <w:numPr>
                <w:ilvl w:val="0"/>
                <w:numId w:val="16"/>
              </w:numPr>
            </w:pPr>
            <w:r>
              <w:t>Quad sets (consider NMES for poor quad sets)</w:t>
            </w:r>
          </w:p>
          <w:p w14:paraId="1A766637" w14:textId="77777777" w:rsidR="00302D58" w:rsidRDefault="00302D58" w:rsidP="00302D58">
            <w:pPr>
              <w:pStyle w:val="ListParagraph"/>
              <w:numPr>
                <w:ilvl w:val="0"/>
                <w:numId w:val="16"/>
              </w:numPr>
            </w:pPr>
            <w:r>
              <w:t>Glute sets</w:t>
            </w:r>
          </w:p>
          <w:p w14:paraId="24575C83" w14:textId="77777777" w:rsidR="00302D58" w:rsidRDefault="00302D58" w:rsidP="00302D58">
            <w:pPr>
              <w:pStyle w:val="ListParagraph"/>
              <w:numPr>
                <w:ilvl w:val="0"/>
                <w:numId w:val="16"/>
              </w:numPr>
            </w:pPr>
            <w:r>
              <w:t xml:space="preserve">SLR – 4 </w:t>
            </w:r>
            <w:proofErr w:type="gramStart"/>
            <w:r>
              <w:t>way</w:t>
            </w:r>
            <w:proofErr w:type="gramEnd"/>
          </w:p>
          <w:p w14:paraId="7BA26E9C" w14:textId="211FA557" w:rsidR="00302D58" w:rsidRPr="00302D58" w:rsidRDefault="00302D58" w:rsidP="00302D58">
            <w:pPr>
              <w:pStyle w:val="ListParagraph"/>
              <w:numPr>
                <w:ilvl w:val="0"/>
                <w:numId w:val="16"/>
              </w:numPr>
            </w:pPr>
            <w:r>
              <w:t xml:space="preserve">Hamstring activation – heel slides (out of brace, up to 15 degrees beyond the brace setting at each time point), hamstring sets, bridges </w:t>
            </w:r>
          </w:p>
        </w:tc>
      </w:tr>
    </w:tbl>
    <w:p w14:paraId="09C6DAAF" w14:textId="7A084FF8" w:rsidR="00341648" w:rsidRDefault="00F30F21" w:rsidP="009B3BE2">
      <w:pPr>
        <w:spacing w:after="0" w:line="240" w:lineRule="auto"/>
      </w:pPr>
      <w:r>
        <w:br/>
      </w:r>
      <w:r w:rsidRPr="00241FD2">
        <w:rPr>
          <w:b/>
          <w:bCs/>
          <w:sz w:val="28"/>
          <w:szCs w:val="28"/>
          <w:u w:val="single"/>
        </w:rPr>
        <w:t>PHASE 2 (7–10 weeks</w:t>
      </w:r>
      <w:r w:rsidR="009E0B13">
        <w:rPr>
          <w:b/>
          <w:bCs/>
          <w:sz w:val="28"/>
          <w:szCs w:val="28"/>
          <w:u w:val="single"/>
        </w:rPr>
        <w:t xml:space="preserve"> post-op</w:t>
      </w:r>
      <w:r w:rsidRPr="00241FD2">
        <w:rPr>
          <w:b/>
          <w:bCs/>
          <w:sz w:val="28"/>
          <w:szCs w:val="28"/>
          <w:u w:val="single"/>
        </w:rPr>
        <w:t>):</w:t>
      </w:r>
      <w:r>
        <w:br/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975"/>
        <w:gridCol w:w="5881"/>
      </w:tblGrid>
      <w:tr w:rsidR="003F72CA" w14:paraId="7DF28C16" w14:textId="77777777" w:rsidTr="00564580">
        <w:trPr>
          <w:trHeight w:val="720"/>
        </w:trPr>
        <w:tc>
          <w:tcPr>
            <w:tcW w:w="0" w:type="auto"/>
          </w:tcPr>
          <w:p w14:paraId="285468FE" w14:textId="77777777" w:rsidR="008B2473" w:rsidRDefault="008B2473" w:rsidP="00341648">
            <w:pPr>
              <w:jc w:val="right"/>
              <w:rPr>
                <w:b/>
                <w:bCs/>
              </w:rPr>
            </w:pPr>
          </w:p>
          <w:p w14:paraId="1ABF1DB9" w14:textId="77777777" w:rsidR="008B2473" w:rsidRDefault="008B2473" w:rsidP="00341648">
            <w:pPr>
              <w:jc w:val="right"/>
              <w:rPr>
                <w:b/>
                <w:bCs/>
              </w:rPr>
            </w:pPr>
          </w:p>
          <w:p w14:paraId="622BD66B" w14:textId="77777777" w:rsidR="008B2473" w:rsidRDefault="008B2473" w:rsidP="00341648">
            <w:pPr>
              <w:jc w:val="right"/>
              <w:rPr>
                <w:b/>
                <w:bCs/>
              </w:rPr>
            </w:pPr>
          </w:p>
          <w:p w14:paraId="5C081BDA" w14:textId="77777777" w:rsidR="008B2473" w:rsidRDefault="008B2473" w:rsidP="00341648">
            <w:pPr>
              <w:jc w:val="right"/>
              <w:rPr>
                <w:b/>
                <w:bCs/>
              </w:rPr>
            </w:pPr>
          </w:p>
          <w:p w14:paraId="3F97E69B" w14:textId="46CDB0E5" w:rsidR="00341648" w:rsidRPr="00341648" w:rsidRDefault="00341648" w:rsidP="00341648">
            <w:pPr>
              <w:jc w:val="right"/>
              <w:rPr>
                <w:b/>
                <w:bCs/>
              </w:rPr>
            </w:pPr>
            <w:r w:rsidRPr="00341648">
              <w:rPr>
                <w:b/>
                <w:bCs/>
              </w:rPr>
              <w:t>Goals</w:t>
            </w:r>
          </w:p>
        </w:tc>
        <w:tc>
          <w:tcPr>
            <w:tcW w:w="0" w:type="auto"/>
          </w:tcPr>
          <w:p w14:paraId="645E5266" w14:textId="77777777" w:rsidR="00341648" w:rsidRDefault="008B2473" w:rsidP="008B2473">
            <w:pPr>
              <w:pStyle w:val="ListParagraph"/>
              <w:numPr>
                <w:ilvl w:val="0"/>
                <w:numId w:val="17"/>
              </w:numPr>
            </w:pPr>
            <w:r>
              <w:t>Control pain and inflammation</w:t>
            </w:r>
          </w:p>
          <w:p w14:paraId="4381C488" w14:textId="77777777" w:rsidR="008B2473" w:rsidRDefault="008B2473" w:rsidP="008B2473">
            <w:pPr>
              <w:pStyle w:val="ListParagraph"/>
              <w:numPr>
                <w:ilvl w:val="0"/>
                <w:numId w:val="17"/>
              </w:numPr>
            </w:pPr>
            <w:r>
              <w:t>Promote healing</w:t>
            </w:r>
          </w:p>
          <w:p w14:paraId="6D708253" w14:textId="77777777" w:rsidR="008B2473" w:rsidRDefault="008B2473" w:rsidP="008B2473">
            <w:pPr>
              <w:pStyle w:val="ListParagraph"/>
              <w:numPr>
                <w:ilvl w:val="0"/>
                <w:numId w:val="17"/>
              </w:numPr>
            </w:pPr>
            <w:r>
              <w:t>Achieve normal knee ROM</w:t>
            </w:r>
          </w:p>
          <w:p w14:paraId="15B12E37" w14:textId="77777777" w:rsidR="008B2473" w:rsidRDefault="008B2473" w:rsidP="008B2473">
            <w:pPr>
              <w:pStyle w:val="ListParagraph"/>
              <w:numPr>
                <w:ilvl w:val="0"/>
                <w:numId w:val="17"/>
              </w:numPr>
            </w:pPr>
            <w:r>
              <w:t>Good patella mobility</w:t>
            </w:r>
          </w:p>
          <w:p w14:paraId="432B91EA" w14:textId="77777777" w:rsidR="008B2473" w:rsidRDefault="008B2473" w:rsidP="008B2473">
            <w:pPr>
              <w:pStyle w:val="ListParagraph"/>
              <w:numPr>
                <w:ilvl w:val="0"/>
                <w:numId w:val="17"/>
              </w:numPr>
            </w:pPr>
            <w:r>
              <w:t>Good quad contraction</w:t>
            </w:r>
          </w:p>
          <w:p w14:paraId="1F8A7F7E" w14:textId="77777777" w:rsidR="008B2473" w:rsidRDefault="008B2473" w:rsidP="008B2473">
            <w:pPr>
              <w:pStyle w:val="ListParagraph"/>
              <w:numPr>
                <w:ilvl w:val="0"/>
                <w:numId w:val="17"/>
              </w:numPr>
            </w:pPr>
            <w:r>
              <w:t>Progress to achieve normal gait mechanics</w:t>
            </w:r>
          </w:p>
          <w:p w14:paraId="417699AE" w14:textId="6E25B149" w:rsidR="008B2473" w:rsidRDefault="008B2473" w:rsidP="008B2473">
            <w:pPr>
              <w:pStyle w:val="ListParagraph"/>
              <w:numPr>
                <w:ilvl w:val="0"/>
                <w:numId w:val="17"/>
              </w:numPr>
            </w:pPr>
            <w:r>
              <w:t>Pain-free ADLs and pain-free arc of motion in therapy</w:t>
            </w:r>
          </w:p>
        </w:tc>
      </w:tr>
      <w:tr w:rsidR="003F72CA" w14:paraId="482CE906" w14:textId="77777777" w:rsidTr="00564580">
        <w:trPr>
          <w:trHeight w:val="720"/>
        </w:trPr>
        <w:tc>
          <w:tcPr>
            <w:tcW w:w="0" w:type="auto"/>
          </w:tcPr>
          <w:p w14:paraId="24253AF4" w14:textId="77777777" w:rsidR="008B2473" w:rsidRDefault="008B2473" w:rsidP="00341648">
            <w:pPr>
              <w:jc w:val="right"/>
              <w:rPr>
                <w:b/>
                <w:bCs/>
              </w:rPr>
            </w:pPr>
          </w:p>
          <w:p w14:paraId="7DFECE1E" w14:textId="77777777" w:rsidR="008B2473" w:rsidRDefault="008B2473" w:rsidP="00564580">
            <w:pPr>
              <w:rPr>
                <w:b/>
                <w:bCs/>
              </w:rPr>
            </w:pPr>
          </w:p>
          <w:p w14:paraId="5CF52D10" w14:textId="6CA12B16" w:rsidR="00341648" w:rsidRPr="00341648" w:rsidRDefault="00341648" w:rsidP="0034164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Brace/Precautions/Crutch Use</w:t>
            </w:r>
          </w:p>
        </w:tc>
        <w:tc>
          <w:tcPr>
            <w:tcW w:w="0" w:type="auto"/>
          </w:tcPr>
          <w:p w14:paraId="0B8EDF7B" w14:textId="77777777" w:rsidR="00341648" w:rsidRDefault="008B2473" w:rsidP="008B2473">
            <w:pPr>
              <w:pStyle w:val="ListParagraph"/>
              <w:numPr>
                <w:ilvl w:val="0"/>
                <w:numId w:val="18"/>
              </w:numPr>
            </w:pPr>
            <w:r>
              <w:t>Be aware of concomitant procedures and restrictions they pose to rehabilitation (tibial tubercle transfer or articular cartilage procedure)</w:t>
            </w:r>
          </w:p>
          <w:p w14:paraId="014834DB" w14:textId="77777777" w:rsidR="008B2473" w:rsidRDefault="008B2473" w:rsidP="008B2473">
            <w:pPr>
              <w:pStyle w:val="ListParagraph"/>
              <w:numPr>
                <w:ilvl w:val="0"/>
                <w:numId w:val="18"/>
              </w:numPr>
            </w:pPr>
            <w:r>
              <w:t>Avoid lateralization of the patella</w:t>
            </w:r>
          </w:p>
          <w:p w14:paraId="44CEAF6E" w14:textId="2A71E90D" w:rsidR="008B2473" w:rsidRDefault="008B2473" w:rsidP="008B2473">
            <w:pPr>
              <w:pStyle w:val="ListParagraph"/>
              <w:numPr>
                <w:ilvl w:val="0"/>
                <w:numId w:val="18"/>
              </w:numPr>
            </w:pPr>
            <w:r>
              <w:t xml:space="preserve">Normalize gait pattern with fully extended knee </w:t>
            </w:r>
            <w:proofErr w:type="gramStart"/>
            <w:r>
              <w:t>in an effort to</w:t>
            </w:r>
            <w:proofErr w:type="gramEnd"/>
            <w:r>
              <w:t xml:space="preserve"> fight quadriceps avoidance</w:t>
            </w:r>
          </w:p>
        </w:tc>
      </w:tr>
      <w:tr w:rsidR="003F72CA" w14:paraId="5BC9E036" w14:textId="77777777" w:rsidTr="00564580">
        <w:trPr>
          <w:trHeight w:val="720"/>
        </w:trPr>
        <w:tc>
          <w:tcPr>
            <w:tcW w:w="0" w:type="auto"/>
            <w:tcBorders>
              <w:bottom w:val="single" w:sz="4" w:space="0" w:color="auto"/>
            </w:tcBorders>
          </w:tcPr>
          <w:p w14:paraId="50C18076" w14:textId="77777777" w:rsidR="00564580" w:rsidRDefault="00564580" w:rsidP="00341648">
            <w:pPr>
              <w:jc w:val="right"/>
              <w:rPr>
                <w:b/>
                <w:bCs/>
              </w:rPr>
            </w:pPr>
          </w:p>
          <w:p w14:paraId="423B89A6" w14:textId="77777777" w:rsidR="00564580" w:rsidRDefault="00564580" w:rsidP="00341648">
            <w:pPr>
              <w:jc w:val="right"/>
              <w:rPr>
                <w:b/>
                <w:bCs/>
              </w:rPr>
            </w:pPr>
          </w:p>
          <w:p w14:paraId="7DF471C1" w14:textId="7C2CE07C" w:rsidR="00341648" w:rsidRPr="00341648" w:rsidRDefault="00341648" w:rsidP="0056458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Range of Motion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C147E10" w14:textId="77777777" w:rsidR="00341648" w:rsidRDefault="008B2473" w:rsidP="008B2473">
            <w:pPr>
              <w:pStyle w:val="ListParagraph"/>
              <w:numPr>
                <w:ilvl w:val="0"/>
                <w:numId w:val="19"/>
              </w:numPr>
            </w:pPr>
            <w:r>
              <w:t>Knee extension: full PROM and AAROM to full knee extension (if no cartilage injury)</w:t>
            </w:r>
          </w:p>
          <w:p w14:paraId="41F2A90E" w14:textId="77777777" w:rsidR="008B2473" w:rsidRDefault="00564580" w:rsidP="008B2473">
            <w:pPr>
              <w:pStyle w:val="ListParagraph"/>
              <w:numPr>
                <w:ilvl w:val="0"/>
                <w:numId w:val="19"/>
              </w:numPr>
            </w:pPr>
            <w:r>
              <w:t>Knee flexion: (achieve in seated position and with supine wall slides)</w:t>
            </w:r>
          </w:p>
          <w:p w14:paraId="391A5C56" w14:textId="77777777" w:rsidR="00564580" w:rsidRDefault="00564580" w:rsidP="00564580">
            <w:pPr>
              <w:pStyle w:val="ListParagraph"/>
              <w:numPr>
                <w:ilvl w:val="1"/>
                <w:numId w:val="19"/>
              </w:numPr>
            </w:pPr>
            <w:r>
              <w:t>Limit ROM 0°-110° (until 8 weeks)</w:t>
            </w:r>
          </w:p>
          <w:p w14:paraId="3FFF1F72" w14:textId="1D5B5F1D" w:rsidR="00564580" w:rsidRDefault="00564580" w:rsidP="00564580">
            <w:pPr>
              <w:pStyle w:val="ListParagraph"/>
              <w:numPr>
                <w:ilvl w:val="1"/>
                <w:numId w:val="19"/>
              </w:numPr>
            </w:pPr>
            <w:r>
              <w:t>0°-120° by 10 wee</w:t>
            </w:r>
            <w:r w:rsidR="002D3DAB">
              <w:t>ks</w:t>
            </w:r>
          </w:p>
          <w:p w14:paraId="25BCEC81" w14:textId="462E2604" w:rsidR="00564580" w:rsidRDefault="00564580" w:rsidP="00564580">
            <w:pPr>
              <w:pStyle w:val="ListParagraph"/>
              <w:numPr>
                <w:ilvl w:val="1"/>
                <w:numId w:val="19"/>
              </w:numPr>
            </w:pPr>
            <w:r>
              <w:t>0°- full flexion 10+ weeks</w:t>
            </w:r>
          </w:p>
        </w:tc>
      </w:tr>
      <w:tr w:rsidR="003F72CA" w14:paraId="751B94BA" w14:textId="77777777" w:rsidTr="00564580">
        <w:trPr>
          <w:trHeight w:val="720"/>
        </w:trPr>
        <w:tc>
          <w:tcPr>
            <w:tcW w:w="0" w:type="auto"/>
          </w:tcPr>
          <w:p w14:paraId="47385DAE" w14:textId="77777777" w:rsidR="00564580" w:rsidRDefault="00564580" w:rsidP="00564580">
            <w:pPr>
              <w:rPr>
                <w:b/>
                <w:bCs/>
              </w:rPr>
            </w:pPr>
          </w:p>
          <w:p w14:paraId="6AAB5F2A" w14:textId="04BC4F3C" w:rsidR="00341648" w:rsidRPr="00341648" w:rsidRDefault="00341648" w:rsidP="0034164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Strengthening</w:t>
            </w:r>
          </w:p>
        </w:tc>
        <w:tc>
          <w:tcPr>
            <w:tcW w:w="0" w:type="auto"/>
          </w:tcPr>
          <w:p w14:paraId="59AE67DD" w14:textId="77777777" w:rsidR="00564580" w:rsidRDefault="00564580" w:rsidP="00564580">
            <w:pPr>
              <w:pStyle w:val="ListParagraph"/>
              <w:numPr>
                <w:ilvl w:val="0"/>
                <w:numId w:val="20"/>
              </w:numPr>
            </w:pPr>
            <w:r>
              <w:t>Progress quadriceps strengthening- closed chain</w:t>
            </w:r>
          </w:p>
          <w:p w14:paraId="29FFE77E" w14:textId="77777777" w:rsidR="00564580" w:rsidRDefault="00564580" w:rsidP="00564580">
            <w:pPr>
              <w:pStyle w:val="ListParagraph"/>
              <w:numPr>
                <w:ilvl w:val="0"/>
                <w:numId w:val="20"/>
              </w:numPr>
            </w:pPr>
            <w:r>
              <w:t>Advance proximal strength and core training</w:t>
            </w:r>
          </w:p>
          <w:p w14:paraId="4B6ECF82" w14:textId="0DAF2D09" w:rsidR="00564580" w:rsidRDefault="00564580" w:rsidP="00564580">
            <w:pPr>
              <w:pStyle w:val="ListParagraph"/>
              <w:numPr>
                <w:ilvl w:val="0"/>
                <w:numId w:val="20"/>
              </w:numPr>
            </w:pPr>
            <w:r>
              <w:t>Initiate balance and proprioceptive training</w:t>
            </w:r>
          </w:p>
        </w:tc>
      </w:tr>
      <w:tr w:rsidR="003F72CA" w14:paraId="416AFE12" w14:textId="77777777" w:rsidTr="00564580">
        <w:trPr>
          <w:trHeight w:val="720"/>
        </w:trPr>
        <w:tc>
          <w:tcPr>
            <w:tcW w:w="0" w:type="auto"/>
          </w:tcPr>
          <w:p w14:paraId="7812E853" w14:textId="77777777" w:rsidR="004A48E0" w:rsidRDefault="004A48E0" w:rsidP="00341648">
            <w:pPr>
              <w:jc w:val="right"/>
              <w:rPr>
                <w:b/>
                <w:bCs/>
              </w:rPr>
            </w:pPr>
          </w:p>
          <w:p w14:paraId="3E258FFE" w14:textId="0E33E633" w:rsidR="00341648" w:rsidRPr="00341648" w:rsidRDefault="00341648" w:rsidP="0034164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Home Instructions</w:t>
            </w:r>
          </w:p>
        </w:tc>
        <w:tc>
          <w:tcPr>
            <w:tcW w:w="0" w:type="auto"/>
          </w:tcPr>
          <w:p w14:paraId="0E322B92" w14:textId="77777777" w:rsidR="004A48E0" w:rsidRDefault="004A48E0" w:rsidP="004A48E0">
            <w:pPr>
              <w:pStyle w:val="ListParagraph"/>
            </w:pPr>
          </w:p>
          <w:p w14:paraId="4211D6D2" w14:textId="0867B908" w:rsidR="00341648" w:rsidRDefault="004A48E0" w:rsidP="004A48E0">
            <w:pPr>
              <w:pStyle w:val="ListParagraph"/>
              <w:numPr>
                <w:ilvl w:val="0"/>
                <w:numId w:val="21"/>
              </w:numPr>
            </w:pPr>
            <w:r>
              <w:t>Restore normal activities of daily living</w:t>
            </w:r>
          </w:p>
        </w:tc>
      </w:tr>
      <w:tr w:rsidR="003F72CA" w14:paraId="7E39D360" w14:textId="77777777" w:rsidTr="00564580">
        <w:trPr>
          <w:trHeight w:val="720"/>
        </w:trPr>
        <w:tc>
          <w:tcPr>
            <w:tcW w:w="0" w:type="auto"/>
          </w:tcPr>
          <w:p w14:paraId="5CEABF33" w14:textId="77777777" w:rsidR="004A48E0" w:rsidRDefault="004A48E0" w:rsidP="00341648">
            <w:pPr>
              <w:jc w:val="right"/>
              <w:rPr>
                <w:b/>
                <w:bCs/>
              </w:rPr>
            </w:pPr>
          </w:p>
          <w:p w14:paraId="57A5C369" w14:textId="77777777" w:rsidR="003F72CA" w:rsidRDefault="003F72CA" w:rsidP="00341648">
            <w:pPr>
              <w:jc w:val="right"/>
              <w:rPr>
                <w:b/>
                <w:bCs/>
              </w:rPr>
            </w:pPr>
          </w:p>
          <w:p w14:paraId="653F69A5" w14:textId="77777777" w:rsidR="003F72CA" w:rsidRDefault="003F72CA" w:rsidP="00341648">
            <w:pPr>
              <w:jc w:val="right"/>
              <w:rPr>
                <w:b/>
                <w:bCs/>
              </w:rPr>
            </w:pPr>
          </w:p>
          <w:p w14:paraId="4FA49489" w14:textId="77777777" w:rsidR="003F72CA" w:rsidRDefault="003F72CA" w:rsidP="00341648">
            <w:pPr>
              <w:jc w:val="right"/>
              <w:rPr>
                <w:b/>
                <w:bCs/>
              </w:rPr>
            </w:pPr>
          </w:p>
          <w:p w14:paraId="615755A2" w14:textId="77777777" w:rsidR="003F72CA" w:rsidRDefault="003F72CA" w:rsidP="00341648">
            <w:pPr>
              <w:jc w:val="right"/>
              <w:rPr>
                <w:b/>
                <w:bCs/>
              </w:rPr>
            </w:pPr>
          </w:p>
          <w:p w14:paraId="502C0D24" w14:textId="77777777" w:rsidR="003F72CA" w:rsidRDefault="003F72CA" w:rsidP="00341648">
            <w:pPr>
              <w:jc w:val="right"/>
              <w:rPr>
                <w:b/>
                <w:bCs/>
              </w:rPr>
            </w:pPr>
          </w:p>
          <w:p w14:paraId="50A9CA40" w14:textId="77777777" w:rsidR="003F72CA" w:rsidRDefault="003F72CA" w:rsidP="00341648">
            <w:pPr>
              <w:jc w:val="right"/>
              <w:rPr>
                <w:b/>
                <w:bCs/>
              </w:rPr>
            </w:pPr>
          </w:p>
          <w:p w14:paraId="2D43A175" w14:textId="77777777" w:rsidR="003F72CA" w:rsidRDefault="003F72CA" w:rsidP="00341648">
            <w:pPr>
              <w:jc w:val="right"/>
              <w:rPr>
                <w:b/>
                <w:bCs/>
              </w:rPr>
            </w:pPr>
          </w:p>
          <w:p w14:paraId="40A1D2D4" w14:textId="35BE3457" w:rsidR="00341648" w:rsidRPr="00341648" w:rsidRDefault="00341648" w:rsidP="0034164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Suggest Exercises</w:t>
            </w:r>
          </w:p>
        </w:tc>
        <w:tc>
          <w:tcPr>
            <w:tcW w:w="0" w:type="auto"/>
          </w:tcPr>
          <w:p w14:paraId="4C3215CB" w14:textId="77777777" w:rsidR="00341648" w:rsidRDefault="004A48E0" w:rsidP="004A48E0">
            <w:pPr>
              <w:pStyle w:val="ListParagraph"/>
              <w:numPr>
                <w:ilvl w:val="0"/>
                <w:numId w:val="21"/>
              </w:numPr>
            </w:pPr>
            <w:r>
              <w:t>Continue Phase 1 exercises as appropriate</w:t>
            </w:r>
          </w:p>
          <w:p w14:paraId="6EEA0A96" w14:textId="77777777" w:rsidR="004A48E0" w:rsidRDefault="004A48E0" w:rsidP="004A48E0">
            <w:pPr>
              <w:pStyle w:val="ListParagraph"/>
              <w:numPr>
                <w:ilvl w:val="0"/>
                <w:numId w:val="21"/>
              </w:numPr>
            </w:pPr>
            <w:r>
              <w:t>Gait training: heel toe gait pattern [with adequate quad control (SLR without a lag, ability to achieve terminal knee extension) and knee ROM] to ensure normal loading response</w:t>
            </w:r>
          </w:p>
          <w:p w14:paraId="1E7D3C43" w14:textId="77777777" w:rsidR="004A48E0" w:rsidRDefault="004A48E0" w:rsidP="004A48E0">
            <w:pPr>
              <w:pStyle w:val="ListParagraph"/>
              <w:numPr>
                <w:ilvl w:val="0"/>
                <w:numId w:val="21"/>
              </w:numPr>
            </w:pPr>
            <w:r>
              <w:t xml:space="preserve">Underwater treadmill (adequate wound healing) or anti-gravity treadmill for </w:t>
            </w:r>
            <w:r w:rsidR="003F72CA">
              <w:t xml:space="preserve">gait: Low-grade elevation or retro-walking </w:t>
            </w:r>
          </w:p>
          <w:p w14:paraId="548EE016" w14:textId="77777777" w:rsidR="003F72CA" w:rsidRDefault="003F72CA" w:rsidP="004A48E0">
            <w:pPr>
              <w:pStyle w:val="ListParagraph"/>
              <w:numPr>
                <w:ilvl w:val="0"/>
                <w:numId w:val="21"/>
              </w:numPr>
            </w:pPr>
            <w:r>
              <w:t>Progress pain-free arc of motion, closed chain preferred</w:t>
            </w:r>
          </w:p>
          <w:p w14:paraId="3993856E" w14:textId="77777777" w:rsidR="003F72CA" w:rsidRDefault="003F72CA" w:rsidP="004A48E0">
            <w:pPr>
              <w:pStyle w:val="ListParagraph"/>
              <w:numPr>
                <w:ilvl w:val="0"/>
                <w:numId w:val="21"/>
              </w:numPr>
            </w:pPr>
            <w:r>
              <w:t>Leg-press – monitor arc of motion (bilateral, eccentric)</w:t>
            </w:r>
          </w:p>
          <w:p w14:paraId="4075C500" w14:textId="77777777" w:rsidR="003F72CA" w:rsidRDefault="003F72CA" w:rsidP="004A48E0">
            <w:pPr>
              <w:pStyle w:val="ListParagraph"/>
              <w:numPr>
                <w:ilvl w:val="0"/>
                <w:numId w:val="21"/>
              </w:numPr>
            </w:pPr>
            <w:r>
              <w:t>Initiate forward step up (FSU) progression, 6” step with adequate strength</w:t>
            </w:r>
          </w:p>
          <w:p w14:paraId="16DCCBEF" w14:textId="77777777" w:rsidR="003F72CA" w:rsidRDefault="003F72CA" w:rsidP="004A48E0">
            <w:pPr>
              <w:pStyle w:val="ListParagraph"/>
              <w:numPr>
                <w:ilvl w:val="0"/>
                <w:numId w:val="21"/>
              </w:numPr>
            </w:pPr>
            <w:r>
              <w:t>Stationary bike- progress short crank to standard crank as ROM allows (115° flexion while sitting)</w:t>
            </w:r>
          </w:p>
          <w:p w14:paraId="7753C7FA" w14:textId="77777777" w:rsidR="003F72CA" w:rsidRDefault="003F72CA" w:rsidP="003F72CA">
            <w:pPr>
              <w:pStyle w:val="ListParagraph"/>
              <w:numPr>
                <w:ilvl w:val="0"/>
                <w:numId w:val="21"/>
              </w:numPr>
            </w:pPr>
            <w:r>
              <w:t>Hip extension with knee flexion, side planks, bridge</w:t>
            </w:r>
          </w:p>
          <w:p w14:paraId="1B21E423" w14:textId="5E0CA46C" w:rsidR="003F72CA" w:rsidRDefault="003F72CA" w:rsidP="003F72CA">
            <w:pPr>
              <w:pStyle w:val="ListParagraph"/>
              <w:numPr>
                <w:ilvl w:val="0"/>
                <w:numId w:val="21"/>
              </w:numPr>
            </w:pPr>
            <w:r>
              <w:t>Initiate and proprioceptive training: double limb support on progressively challenging surfaces to single limb support on level surface only with demonstration of good alignment, stability, and control</w:t>
            </w:r>
          </w:p>
        </w:tc>
      </w:tr>
    </w:tbl>
    <w:p w14:paraId="358803F7" w14:textId="77777777" w:rsidR="00F63D78" w:rsidRDefault="00F30F21" w:rsidP="009B3BE2">
      <w:pPr>
        <w:spacing w:after="0" w:line="240" w:lineRule="auto"/>
      </w:pPr>
      <w:r>
        <w:br/>
      </w:r>
      <w:r w:rsidRPr="00F63D78">
        <w:rPr>
          <w:b/>
          <w:bCs/>
          <w:sz w:val="28"/>
          <w:szCs w:val="28"/>
          <w:u w:val="single"/>
        </w:rPr>
        <w:t>PHASE 3 (11–18+ weeks):</w:t>
      </w:r>
      <w:r w:rsidRPr="00F63D78">
        <w:rPr>
          <w:sz w:val="28"/>
          <w:szCs w:val="28"/>
        </w:rPr>
        <w:br/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086"/>
        <w:gridCol w:w="6770"/>
      </w:tblGrid>
      <w:tr w:rsidR="00F63D78" w14:paraId="4FC8BC60" w14:textId="77777777" w:rsidTr="00753006">
        <w:tc>
          <w:tcPr>
            <w:tcW w:w="0" w:type="auto"/>
          </w:tcPr>
          <w:p w14:paraId="08EC9FD0" w14:textId="4AC04A67" w:rsidR="00F63D78" w:rsidRPr="00F63D78" w:rsidRDefault="00F63D78" w:rsidP="00F63D7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Goals</w:t>
            </w:r>
          </w:p>
        </w:tc>
        <w:tc>
          <w:tcPr>
            <w:tcW w:w="0" w:type="auto"/>
          </w:tcPr>
          <w:p w14:paraId="42812ACA" w14:textId="77777777" w:rsidR="00F63D78" w:rsidRDefault="002D772C" w:rsidP="002D772C">
            <w:pPr>
              <w:pStyle w:val="ListParagraph"/>
              <w:numPr>
                <w:ilvl w:val="0"/>
                <w:numId w:val="22"/>
              </w:numPr>
            </w:pPr>
            <w:r>
              <w:t>Pain-free with ADLs, therapeutic exercise</w:t>
            </w:r>
          </w:p>
          <w:p w14:paraId="68865AF6" w14:textId="77777777" w:rsidR="002D772C" w:rsidRDefault="002D772C" w:rsidP="002D772C">
            <w:pPr>
              <w:pStyle w:val="ListParagraph"/>
              <w:numPr>
                <w:ilvl w:val="0"/>
                <w:numId w:val="22"/>
              </w:numPr>
            </w:pPr>
            <w:r>
              <w:t>Maintain normal knee ROM</w:t>
            </w:r>
          </w:p>
          <w:p w14:paraId="4ABCC7DB" w14:textId="77777777" w:rsidR="002D772C" w:rsidRDefault="002D772C" w:rsidP="002D772C">
            <w:pPr>
              <w:pStyle w:val="ListParagraph"/>
              <w:numPr>
                <w:ilvl w:val="0"/>
                <w:numId w:val="22"/>
              </w:numPr>
            </w:pPr>
            <w:r>
              <w:t>Maintain normal gait on level surfaces and stairs</w:t>
            </w:r>
          </w:p>
          <w:p w14:paraId="2BBF59E1" w14:textId="77777777" w:rsidR="002D772C" w:rsidRDefault="002D772C" w:rsidP="002D772C">
            <w:pPr>
              <w:pStyle w:val="ListParagraph"/>
              <w:numPr>
                <w:ilvl w:val="0"/>
                <w:numId w:val="22"/>
              </w:numPr>
            </w:pPr>
            <w:r>
              <w:t>Good single limb dynamic balance</w:t>
            </w:r>
          </w:p>
          <w:p w14:paraId="64E21AAB" w14:textId="77777777" w:rsidR="002D772C" w:rsidRDefault="002D772C" w:rsidP="002D772C">
            <w:pPr>
              <w:pStyle w:val="ListParagraph"/>
              <w:numPr>
                <w:ilvl w:val="0"/>
                <w:numId w:val="22"/>
              </w:numPr>
            </w:pPr>
            <w:r>
              <w:t>Initiate running program, plyometrics (bilateral)</w:t>
            </w:r>
          </w:p>
          <w:p w14:paraId="78BB9825" w14:textId="0F97F0D2" w:rsidR="002D772C" w:rsidRDefault="002D772C" w:rsidP="002D772C">
            <w:pPr>
              <w:pStyle w:val="ListParagraph"/>
              <w:numPr>
                <w:ilvl w:val="0"/>
                <w:numId w:val="22"/>
              </w:numPr>
            </w:pPr>
            <w:r>
              <w:t>Achieve patellar tracking symmetry and alignment during movements such as squatting and jumping in place</w:t>
            </w:r>
          </w:p>
        </w:tc>
      </w:tr>
      <w:tr w:rsidR="00F63D78" w14:paraId="579365EF" w14:textId="77777777" w:rsidTr="00753006">
        <w:tc>
          <w:tcPr>
            <w:tcW w:w="0" w:type="auto"/>
          </w:tcPr>
          <w:p w14:paraId="62EF8F4E" w14:textId="1A574EC5" w:rsidR="00F63D78" w:rsidRPr="00F63D78" w:rsidRDefault="00F63D78" w:rsidP="00F63D7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Precautions</w:t>
            </w:r>
          </w:p>
        </w:tc>
        <w:tc>
          <w:tcPr>
            <w:tcW w:w="0" w:type="auto"/>
          </w:tcPr>
          <w:p w14:paraId="2A45A097" w14:textId="77777777" w:rsidR="00F63D78" w:rsidRDefault="002D772C" w:rsidP="002D772C">
            <w:pPr>
              <w:pStyle w:val="ListParagraph"/>
              <w:numPr>
                <w:ilvl w:val="0"/>
                <w:numId w:val="23"/>
              </w:numPr>
            </w:pPr>
            <w:r>
              <w:t>Avoid symptom provocation</w:t>
            </w:r>
          </w:p>
          <w:p w14:paraId="1B599AC6" w14:textId="453AD264" w:rsidR="002D772C" w:rsidRDefault="002D772C" w:rsidP="002D772C">
            <w:pPr>
              <w:pStyle w:val="ListParagraph"/>
              <w:numPr>
                <w:ilvl w:val="0"/>
                <w:numId w:val="23"/>
              </w:numPr>
            </w:pPr>
            <w:r>
              <w:t>Correct any gait deviations in ROM or patellar tracking</w:t>
            </w:r>
          </w:p>
        </w:tc>
      </w:tr>
      <w:tr w:rsidR="00F63D78" w14:paraId="240CEA31" w14:textId="77777777" w:rsidTr="00753006">
        <w:tc>
          <w:tcPr>
            <w:tcW w:w="0" w:type="auto"/>
          </w:tcPr>
          <w:p w14:paraId="4CBA7104" w14:textId="447CA8A8" w:rsidR="00F63D78" w:rsidRPr="00F63D78" w:rsidRDefault="00F63D78" w:rsidP="00F63D7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Range of Motion</w:t>
            </w:r>
          </w:p>
        </w:tc>
        <w:tc>
          <w:tcPr>
            <w:tcW w:w="0" w:type="auto"/>
          </w:tcPr>
          <w:p w14:paraId="278E9593" w14:textId="799849DE" w:rsidR="00F63D78" w:rsidRDefault="002D772C" w:rsidP="002D772C">
            <w:pPr>
              <w:pStyle w:val="ListParagraph"/>
              <w:numPr>
                <w:ilvl w:val="0"/>
                <w:numId w:val="24"/>
              </w:numPr>
            </w:pPr>
            <w:r>
              <w:t>Maintain full ROM by 12 weeks</w:t>
            </w:r>
          </w:p>
        </w:tc>
      </w:tr>
      <w:tr w:rsidR="00F63D78" w14:paraId="529825B9" w14:textId="77777777" w:rsidTr="00753006">
        <w:tc>
          <w:tcPr>
            <w:tcW w:w="0" w:type="auto"/>
          </w:tcPr>
          <w:p w14:paraId="7F089D53" w14:textId="77777777" w:rsidR="002D772C" w:rsidRDefault="002D772C" w:rsidP="002D772C">
            <w:pPr>
              <w:rPr>
                <w:b/>
                <w:bCs/>
              </w:rPr>
            </w:pPr>
          </w:p>
          <w:p w14:paraId="1E811FB6" w14:textId="39B20F7A" w:rsidR="00F63D78" w:rsidRPr="00F63D78" w:rsidRDefault="00F63D78" w:rsidP="002D772C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Strengthening</w:t>
            </w:r>
          </w:p>
        </w:tc>
        <w:tc>
          <w:tcPr>
            <w:tcW w:w="0" w:type="auto"/>
          </w:tcPr>
          <w:p w14:paraId="4AD6DEC3" w14:textId="77777777" w:rsidR="00F63D78" w:rsidRDefault="002D772C" w:rsidP="002D772C">
            <w:pPr>
              <w:pStyle w:val="ListParagraph"/>
              <w:numPr>
                <w:ilvl w:val="0"/>
                <w:numId w:val="24"/>
              </w:numPr>
            </w:pPr>
            <w:r>
              <w:t>Advance proximal strength through functional activities</w:t>
            </w:r>
          </w:p>
          <w:p w14:paraId="5AAA4EA6" w14:textId="48B95109" w:rsidR="002D772C" w:rsidRDefault="002D772C" w:rsidP="002D772C">
            <w:pPr>
              <w:pStyle w:val="ListParagraph"/>
              <w:numPr>
                <w:ilvl w:val="0"/>
                <w:numId w:val="24"/>
              </w:numPr>
            </w:pPr>
            <w:r>
              <w:t>Balance progression with postural alignment and N-M control</w:t>
            </w:r>
          </w:p>
        </w:tc>
      </w:tr>
      <w:tr w:rsidR="00F63D78" w14:paraId="001BAEB9" w14:textId="77777777" w:rsidTr="00753006">
        <w:tc>
          <w:tcPr>
            <w:tcW w:w="0" w:type="auto"/>
          </w:tcPr>
          <w:p w14:paraId="31EC07DE" w14:textId="3B38E31C" w:rsidR="00F63D78" w:rsidRPr="00F63D78" w:rsidRDefault="00F63D78" w:rsidP="00F63D7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Home Instructions</w:t>
            </w:r>
          </w:p>
        </w:tc>
        <w:tc>
          <w:tcPr>
            <w:tcW w:w="0" w:type="auto"/>
          </w:tcPr>
          <w:p w14:paraId="20B48A04" w14:textId="77777777" w:rsidR="00F63D78" w:rsidRDefault="002D772C" w:rsidP="002D772C">
            <w:pPr>
              <w:pStyle w:val="ListParagraph"/>
              <w:numPr>
                <w:ilvl w:val="0"/>
                <w:numId w:val="25"/>
              </w:numPr>
            </w:pPr>
            <w:r>
              <w:t>Restore normal activities of daily living</w:t>
            </w:r>
          </w:p>
          <w:p w14:paraId="46F6AB6F" w14:textId="43D6A852" w:rsidR="002D772C" w:rsidRDefault="002D772C" w:rsidP="002D772C">
            <w:pPr>
              <w:pStyle w:val="ListParagraph"/>
              <w:numPr>
                <w:ilvl w:val="0"/>
                <w:numId w:val="25"/>
              </w:numPr>
            </w:pPr>
            <w:r>
              <w:t>Restore pre-operative activity level</w:t>
            </w:r>
          </w:p>
        </w:tc>
      </w:tr>
      <w:tr w:rsidR="00F63D78" w14:paraId="205BE6BB" w14:textId="77777777" w:rsidTr="00753006">
        <w:tc>
          <w:tcPr>
            <w:tcW w:w="0" w:type="auto"/>
          </w:tcPr>
          <w:p w14:paraId="630D3444" w14:textId="77777777" w:rsidR="00B40D0E" w:rsidRDefault="00B40D0E" w:rsidP="00F63D78">
            <w:pPr>
              <w:jc w:val="right"/>
              <w:rPr>
                <w:b/>
                <w:bCs/>
              </w:rPr>
            </w:pPr>
          </w:p>
          <w:p w14:paraId="3421DE18" w14:textId="77777777" w:rsidR="00B40D0E" w:rsidRDefault="00B40D0E" w:rsidP="00F63D78">
            <w:pPr>
              <w:jc w:val="right"/>
              <w:rPr>
                <w:b/>
                <w:bCs/>
              </w:rPr>
            </w:pPr>
          </w:p>
          <w:p w14:paraId="5EF7CDB8" w14:textId="77777777" w:rsidR="00F63D78" w:rsidRDefault="00F63D78" w:rsidP="00F63D7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Suggested </w:t>
            </w:r>
            <w:r w:rsidR="009E0B13">
              <w:rPr>
                <w:b/>
                <w:bCs/>
              </w:rPr>
              <w:t>E</w:t>
            </w:r>
            <w:r>
              <w:rPr>
                <w:b/>
                <w:bCs/>
              </w:rPr>
              <w:t>xercises</w:t>
            </w:r>
          </w:p>
          <w:p w14:paraId="700C0DA1" w14:textId="77777777" w:rsidR="00282F5E" w:rsidRDefault="00282F5E" w:rsidP="00F63D78">
            <w:pPr>
              <w:jc w:val="right"/>
              <w:rPr>
                <w:b/>
                <w:bCs/>
              </w:rPr>
            </w:pPr>
          </w:p>
          <w:p w14:paraId="0B95D716" w14:textId="77777777" w:rsidR="00282F5E" w:rsidRDefault="00282F5E" w:rsidP="00F63D78">
            <w:pPr>
              <w:jc w:val="right"/>
              <w:rPr>
                <w:b/>
                <w:bCs/>
              </w:rPr>
            </w:pPr>
          </w:p>
          <w:p w14:paraId="383767E5" w14:textId="77777777" w:rsidR="00282F5E" w:rsidRDefault="00282F5E" w:rsidP="00F63D78">
            <w:pPr>
              <w:jc w:val="right"/>
              <w:rPr>
                <w:b/>
                <w:bCs/>
              </w:rPr>
            </w:pPr>
          </w:p>
          <w:p w14:paraId="70DD804D" w14:textId="7C8FEB00" w:rsidR="00282F5E" w:rsidRDefault="00282F5E" w:rsidP="00F63D7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Suggested Exercises Cont. </w:t>
            </w:r>
          </w:p>
          <w:p w14:paraId="410AAA2D" w14:textId="65513D72" w:rsidR="00282F5E" w:rsidRPr="00F63D78" w:rsidRDefault="00282F5E" w:rsidP="00F63D78">
            <w:pPr>
              <w:jc w:val="right"/>
              <w:rPr>
                <w:b/>
                <w:bCs/>
              </w:rPr>
            </w:pPr>
          </w:p>
        </w:tc>
        <w:tc>
          <w:tcPr>
            <w:tcW w:w="0" w:type="auto"/>
          </w:tcPr>
          <w:p w14:paraId="6474C978" w14:textId="77777777" w:rsidR="00F63D78" w:rsidRDefault="002D772C" w:rsidP="002D772C">
            <w:pPr>
              <w:pStyle w:val="ListParagraph"/>
              <w:numPr>
                <w:ilvl w:val="0"/>
                <w:numId w:val="26"/>
              </w:numPr>
            </w:pPr>
            <w:r>
              <w:lastRenderedPageBreak/>
              <w:t>Balance progression with postural alignment and N-M control (static to dynamic, introduce different planes of motion, challenging surfaces)</w:t>
            </w:r>
          </w:p>
          <w:p w14:paraId="6BA7A843" w14:textId="77777777" w:rsidR="002D772C" w:rsidRDefault="002D772C" w:rsidP="002D772C">
            <w:pPr>
              <w:pStyle w:val="ListParagraph"/>
              <w:numPr>
                <w:ilvl w:val="0"/>
                <w:numId w:val="26"/>
              </w:numPr>
            </w:pPr>
            <w:r>
              <w:t>Gait training with emphasis on heel-toe gait pattern on loading response</w:t>
            </w:r>
          </w:p>
          <w:p w14:paraId="59670DF7" w14:textId="77777777" w:rsidR="009E0B13" w:rsidRDefault="009E0B13" w:rsidP="002D772C">
            <w:pPr>
              <w:pStyle w:val="ListParagraph"/>
              <w:numPr>
                <w:ilvl w:val="0"/>
                <w:numId w:val="26"/>
              </w:numPr>
            </w:pPr>
            <w:r>
              <w:t>Address muscle imbalances based on evaluation</w:t>
            </w:r>
          </w:p>
          <w:p w14:paraId="4797CAD6" w14:textId="77777777" w:rsidR="009E0B13" w:rsidRDefault="009E0B13" w:rsidP="002D772C">
            <w:pPr>
              <w:pStyle w:val="ListParagraph"/>
              <w:numPr>
                <w:ilvl w:val="0"/>
                <w:numId w:val="26"/>
              </w:numPr>
            </w:pPr>
            <w:r>
              <w:lastRenderedPageBreak/>
              <w:t>Promote cross training: elliptical, stationary bike, swimming</w:t>
            </w:r>
          </w:p>
          <w:p w14:paraId="0066F779" w14:textId="77777777" w:rsidR="009E0B13" w:rsidRDefault="009E0B13" w:rsidP="002D772C">
            <w:pPr>
              <w:pStyle w:val="ListParagraph"/>
              <w:numPr>
                <w:ilvl w:val="0"/>
                <w:numId w:val="26"/>
              </w:numPr>
            </w:pPr>
            <w:r>
              <w:t>Initiate running progression (late phase)</w:t>
            </w:r>
          </w:p>
          <w:p w14:paraId="512F5850" w14:textId="06B6CD1A" w:rsidR="009E0B13" w:rsidRDefault="009E0B13" w:rsidP="002D772C">
            <w:pPr>
              <w:pStyle w:val="ListParagraph"/>
              <w:numPr>
                <w:ilvl w:val="0"/>
                <w:numId w:val="26"/>
              </w:numPr>
            </w:pPr>
            <w:r>
              <w:t>Initiate bilateral leg plyometric program with MD clearance and evidence of good eccentric quadriceps control</w:t>
            </w:r>
          </w:p>
        </w:tc>
      </w:tr>
    </w:tbl>
    <w:p w14:paraId="2392A4EA" w14:textId="59C5B3D9" w:rsidR="009E0B13" w:rsidRDefault="00F30F21" w:rsidP="009B3BE2">
      <w:pPr>
        <w:spacing w:after="0" w:line="240" w:lineRule="auto"/>
      </w:pPr>
      <w:r>
        <w:lastRenderedPageBreak/>
        <w:br/>
      </w:r>
      <w:r w:rsidRPr="009E0B13">
        <w:rPr>
          <w:b/>
          <w:bCs/>
          <w:sz w:val="28"/>
          <w:szCs w:val="28"/>
        </w:rPr>
        <w:t>PHASE 4</w:t>
      </w:r>
      <w:r w:rsidR="00681F8B">
        <w:rPr>
          <w:b/>
          <w:bCs/>
          <w:sz w:val="28"/>
          <w:szCs w:val="28"/>
        </w:rPr>
        <w:t xml:space="preserve">: Advancing Strengthening and Function </w:t>
      </w:r>
      <w:r w:rsidRPr="009E0B13">
        <w:rPr>
          <w:b/>
          <w:bCs/>
          <w:sz w:val="28"/>
          <w:szCs w:val="28"/>
        </w:rPr>
        <w:t>(19–24 weeks):</w:t>
      </w:r>
      <w:r>
        <w:br/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63"/>
        <w:gridCol w:w="6993"/>
      </w:tblGrid>
      <w:tr w:rsidR="009E0B13" w14:paraId="6EF4C6E8" w14:textId="77777777" w:rsidTr="00C42A15">
        <w:tc>
          <w:tcPr>
            <w:tcW w:w="0" w:type="auto"/>
          </w:tcPr>
          <w:p w14:paraId="1AE2C91C" w14:textId="77777777" w:rsidR="00C42A15" w:rsidRDefault="00C42A15" w:rsidP="009E0B13">
            <w:pPr>
              <w:jc w:val="right"/>
              <w:rPr>
                <w:b/>
                <w:bCs/>
              </w:rPr>
            </w:pPr>
          </w:p>
          <w:p w14:paraId="7445ADC4" w14:textId="77777777" w:rsidR="00C42A15" w:rsidRDefault="00C42A15" w:rsidP="009E0B13">
            <w:pPr>
              <w:jc w:val="right"/>
              <w:rPr>
                <w:b/>
                <w:bCs/>
              </w:rPr>
            </w:pPr>
          </w:p>
          <w:p w14:paraId="11118AA7" w14:textId="77777777" w:rsidR="00C42A15" w:rsidRDefault="00C42A15" w:rsidP="009E0B13">
            <w:pPr>
              <w:jc w:val="right"/>
              <w:rPr>
                <w:b/>
                <w:bCs/>
              </w:rPr>
            </w:pPr>
          </w:p>
          <w:p w14:paraId="63630E15" w14:textId="77777777" w:rsidR="00C42A15" w:rsidRDefault="00C42A15" w:rsidP="009E0B13">
            <w:pPr>
              <w:jc w:val="right"/>
              <w:rPr>
                <w:b/>
                <w:bCs/>
              </w:rPr>
            </w:pPr>
          </w:p>
          <w:p w14:paraId="506C4C50" w14:textId="6900EBCD" w:rsidR="009E0B13" w:rsidRPr="009E0B13" w:rsidRDefault="009E0B13" w:rsidP="009E0B1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Goals</w:t>
            </w:r>
          </w:p>
        </w:tc>
        <w:tc>
          <w:tcPr>
            <w:tcW w:w="0" w:type="auto"/>
          </w:tcPr>
          <w:p w14:paraId="701E0D10" w14:textId="77777777" w:rsidR="009E0B13" w:rsidRDefault="00681F8B" w:rsidP="00681F8B">
            <w:pPr>
              <w:pStyle w:val="ListParagraph"/>
              <w:numPr>
                <w:ilvl w:val="0"/>
                <w:numId w:val="27"/>
              </w:numPr>
            </w:pPr>
            <w:r>
              <w:t>Lack of pain, apprehension with sport specific movements</w:t>
            </w:r>
          </w:p>
          <w:p w14:paraId="0D44A644" w14:textId="77777777" w:rsidR="00681F8B" w:rsidRDefault="00681F8B" w:rsidP="00681F8B">
            <w:pPr>
              <w:pStyle w:val="ListParagraph"/>
              <w:numPr>
                <w:ilvl w:val="0"/>
                <w:numId w:val="27"/>
              </w:numPr>
            </w:pPr>
            <w:r>
              <w:t xml:space="preserve">Maximize strength and </w:t>
            </w:r>
            <w:proofErr w:type="gramStart"/>
            <w:r>
              <w:t>flexibility as</w:t>
            </w:r>
            <w:proofErr w:type="gramEnd"/>
            <w:r>
              <w:t xml:space="preserve"> to meet demands of individual’s sport activity</w:t>
            </w:r>
          </w:p>
          <w:p w14:paraId="7CF23E96" w14:textId="77777777" w:rsidR="00681F8B" w:rsidRDefault="00681F8B" w:rsidP="00681F8B">
            <w:pPr>
              <w:pStyle w:val="ListParagraph"/>
              <w:numPr>
                <w:ilvl w:val="0"/>
                <w:numId w:val="27"/>
              </w:numPr>
            </w:pPr>
            <w:r>
              <w:t>Demonstrate patellar tracking symmetry and alignment through movement patterns such as jumping and single leg squats</w:t>
            </w:r>
          </w:p>
          <w:p w14:paraId="390FC0C0" w14:textId="77777777" w:rsidR="00681F8B" w:rsidRDefault="00681F8B" w:rsidP="00681F8B">
            <w:pPr>
              <w:pStyle w:val="ListParagraph"/>
              <w:numPr>
                <w:ilvl w:val="0"/>
                <w:numId w:val="27"/>
              </w:numPr>
            </w:pPr>
            <w:r>
              <w:t xml:space="preserve">If isokinetic testing </w:t>
            </w:r>
            <w:proofErr w:type="gramStart"/>
            <w:r>
              <w:t>available</w:t>
            </w:r>
            <w:proofErr w:type="gramEnd"/>
            <w:r>
              <w:t>, aim for 85% limb symmetry index (LSI) at 180° / sec and 300° / sec</w:t>
            </w:r>
          </w:p>
          <w:p w14:paraId="65B86B2F" w14:textId="411045E4" w:rsidR="00681F8B" w:rsidRDefault="00681F8B" w:rsidP="00681F8B">
            <w:pPr>
              <w:pStyle w:val="ListParagraph"/>
              <w:numPr>
                <w:ilvl w:val="0"/>
                <w:numId w:val="27"/>
              </w:numPr>
            </w:pPr>
            <w:r>
              <w:t>Cardiovascular fitness to meet demands of sport</w:t>
            </w:r>
          </w:p>
        </w:tc>
      </w:tr>
      <w:tr w:rsidR="009E0B13" w14:paraId="2FD42706" w14:textId="77777777" w:rsidTr="00C42A15">
        <w:tc>
          <w:tcPr>
            <w:tcW w:w="0" w:type="auto"/>
          </w:tcPr>
          <w:p w14:paraId="6EFAEAB3" w14:textId="77777777" w:rsidR="00C42A15" w:rsidRDefault="00C42A15" w:rsidP="009E0B13">
            <w:pPr>
              <w:jc w:val="right"/>
              <w:rPr>
                <w:b/>
                <w:bCs/>
              </w:rPr>
            </w:pPr>
          </w:p>
          <w:p w14:paraId="3F7FB482" w14:textId="6A202A12" w:rsidR="009E0B13" w:rsidRPr="009E0B13" w:rsidRDefault="009E0B13" w:rsidP="009E0B1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Precautions</w:t>
            </w:r>
          </w:p>
        </w:tc>
        <w:tc>
          <w:tcPr>
            <w:tcW w:w="0" w:type="auto"/>
          </w:tcPr>
          <w:p w14:paraId="0D15C15C" w14:textId="77777777" w:rsidR="009E0B13" w:rsidRDefault="00C42A15" w:rsidP="00C42A15">
            <w:pPr>
              <w:pStyle w:val="ListParagraph"/>
              <w:numPr>
                <w:ilvl w:val="0"/>
                <w:numId w:val="28"/>
              </w:numPr>
            </w:pPr>
            <w:r>
              <w:t>Pain with therapeutic exercise &amp; functional activities</w:t>
            </w:r>
          </w:p>
          <w:p w14:paraId="213CAD61" w14:textId="04632673" w:rsidR="00C42A15" w:rsidRDefault="00C42A15" w:rsidP="00C42A15">
            <w:pPr>
              <w:pStyle w:val="ListParagraph"/>
              <w:numPr>
                <w:ilvl w:val="0"/>
                <w:numId w:val="28"/>
              </w:numPr>
            </w:pPr>
            <w:r>
              <w:t>Inadequate strength, functional strength, ROM, flexibility, fitness when returning to sport</w:t>
            </w:r>
          </w:p>
        </w:tc>
      </w:tr>
      <w:tr w:rsidR="009E0B13" w14:paraId="69F9FF03" w14:textId="77777777" w:rsidTr="00C42A15">
        <w:tc>
          <w:tcPr>
            <w:tcW w:w="0" w:type="auto"/>
          </w:tcPr>
          <w:p w14:paraId="78E9E146" w14:textId="3DE9EDDB" w:rsidR="009E0B13" w:rsidRPr="009E0B13" w:rsidRDefault="009E0B13" w:rsidP="009E0B1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Range of Motion</w:t>
            </w:r>
          </w:p>
        </w:tc>
        <w:tc>
          <w:tcPr>
            <w:tcW w:w="0" w:type="auto"/>
          </w:tcPr>
          <w:p w14:paraId="3F74414D" w14:textId="0C525F32" w:rsidR="009E0B13" w:rsidRDefault="00C42A15" w:rsidP="00C42A15">
            <w:pPr>
              <w:pStyle w:val="ListParagraph"/>
              <w:numPr>
                <w:ilvl w:val="0"/>
                <w:numId w:val="29"/>
              </w:numPr>
            </w:pPr>
            <w:r>
              <w:t>Maintain full ROM</w:t>
            </w:r>
          </w:p>
        </w:tc>
      </w:tr>
      <w:tr w:rsidR="009E0B13" w14:paraId="54FA3ACC" w14:textId="77777777" w:rsidTr="00C42A15">
        <w:tc>
          <w:tcPr>
            <w:tcW w:w="0" w:type="auto"/>
          </w:tcPr>
          <w:p w14:paraId="153008A6" w14:textId="77777777" w:rsidR="00C42A15" w:rsidRDefault="00C42A15" w:rsidP="009E0B13">
            <w:pPr>
              <w:jc w:val="right"/>
              <w:rPr>
                <w:b/>
                <w:bCs/>
              </w:rPr>
            </w:pPr>
          </w:p>
          <w:p w14:paraId="36B90057" w14:textId="67006503" w:rsidR="009E0B13" w:rsidRPr="009E0B13" w:rsidRDefault="009E0B13" w:rsidP="009E0B1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Strengthening</w:t>
            </w:r>
          </w:p>
        </w:tc>
        <w:tc>
          <w:tcPr>
            <w:tcW w:w="0" w:type="auto"/>
          </w:tcPr>
          <w:p w14:paraId="7CAB27A6" w14:textId="77777777" w:rsidR="009E0B13" w:rsidRDefault="00C42A15" w:rsidP="00C42A15">
            <w:pPr>
              <w:pStyle w:val="ListParagraph"/>
              <w:numPr>
                <w:ilvl w:val="0"/>
                <w:numId w:val="29"/>
              </w:numPr>
            </w:pPr>
            <w:r>
              <w:t>Continue to advance LE strengthening, flexibility, dynamic single limb stability &amp; agility programs</w:t>
            </w:r>
          </w:p>
          <w:p w14:paraId="724ED2CF" w14:textId="222E585B" w:rsidR="00C42A15" w:rsidRDefault="00C42A15" w:rsidP="00C42A15">
            <w:pPr>
              <w:pStyle w:val="ListParagraph"/>
              <w:numPr>
                <w:ilvl w:val="0"/>
                <w:numId w:val="29"/>
              </w:numPr>
            </w:pPr>
            <w:r>
              <w:t>Advance core stability and strength</w:t>
            </w:r>
          </w:p>
        </w:tc>
      </w:tr>
      <w:tr w:rsidR="009E0B13" w14:paraId="480418DA" w14:textId="77777777" w:rsidTr="00C42A15">
        <w:tc>
          <w:tcPr>
            <w:tcW w:w="0" w:type="auto"/>
          </w:tcPr>
          <w:p w14:paraId="1EAE77A8" w14:textId="58A9032B" w:rsidR="009E0B13" w:rsidRPr="009E0B13" w:rsidRDefault="009E0B13" w:rsidP="009E0B1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Home Instructions</w:t>
            </w:r>
          </w:p>
        </w:tc>
        <w:tc>
          <w:tcPr>
            <w:tcW w:w="0" w:type="auto"/>
          </w:tcPr>
          <w:p w14:paraId="26312FD1" w14:textId="66A1B556" w:rsidR="009E0B13" w:rsidRDefault="00C42A15" w:rsidP="00C42A15">
            <w:pPr>
              <w:pStyle w:val="ListParagraph"/>
              <w:numPr>
                <w:ilvl w:val="0"/>
                <w:numId w:val="30"/>
              </w:numPr>
            </w:pPr>
            <w:r>
              <w:t>Maintain normal activities of daily living</w:t>
            </w:r>
          </w:p>
        </w:tc>
      </w:tr>
      <w:tr w:rsidR="009E0B13" w14:paraId="76010ED3" w14:textId="77777777" w:rsidTr="00C42A15">
        <w:tc>
          <w:tcPr>
            <w:tcW w:w="0" w:type="auto"/>
          </w:tcPr>
          <w:p w14:paraId="59BB2941" w14:textId="77777777" w:rsidR="004759AD" w:rsidRDefault="004759AD" w:rsidP="009E0B13">
            <w:pPr>
              <w:jc w:val="right"/>
              <w:rPr>
                <w:b/>
                <w:bCs/>
              </w:rPr>
            </w:pPr>
          </w:p>
          <w:p w14:paraId="04ECA034" w14:textId="77777777" w:rsidR="004759AD" w:rsidRDefault="004759AD" w:rsidP="009E0B13">
            <w:pPr>
              <w:jc w:val="right"/>
              <w:rPr>
                <w:b/>
                <w:bCs/>
              </w:rPr>
            </w:pPr>
          </w:p>
          <w:p w14:paraId="6DF63920" w14:textId="77777777" w:rsidR="004759AD" w:rsidRDefault="004759AD" w:rsidP="009E0B13">
            <w:pPr>
              <w:jc w:val="right"/>
              <w:rPr>
                <w:b/>
                <w:bCs/>
              </w:rPr>
            </w:pPr>
          </w:p>
          <w:p w14:paraId="3907E3F4" w14:textId="77777777" w:rsidR="004759AD" w:rsidRDefault="004759AD" w:rsidP="009E0B13">
            <w:pPr>
              <w:jc w:val="right"/>
              <w:rPr>
                <w:b/>
                <w:bCs/>
              </w:rPr>
            </w:pPr>
          </w:p>
          <w:p w14:paraId="4951D4F3" w14:textId="77777777" w:rsidR="004759AD" w:rsidRDefault="004759AD" w:rsidP="009E0B13">
            <w:pPr>
              <w:jc w:val="right"/>
              <w:rPr>
                <w:b/>
                <w:bCs/>
              </w:rPr>
            </w:pPr>
          </w:p>
          <w:p w14:paraId="603A3850" w14:textId="7EC0E659" w:rsidR="009E0B13" w:rsidRPr="009E0B13" w:rsidRDefault="009E0B13" w:rsidP="009E0B1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Suggested Exercises</w:t>
            </w:r>
          </w:p>
        </w:tc>
        <w:tc>
          <w:tcPr>
            <w:tcW w:w="0" w:type="auto"/>
          </w:tcPr>
          <w:p w14:paraId="56C6A3DF" w14:textId="77777777" w:rsidR="009E0B13" w:rsidRDefault="00C42A15" w:rsidP="00C42A15">
            <w:pPr>
              <w:pStyle w:val="ListParagraph"/>
              <w:numPr>
                <w:ilvl w:val="0"/>
                <w:numId w:val="30"/>
              </w:numPr>
            </w:pPr>
            <w:r>
              <w:t>Continue to advance LE strengthening, flexibility, dynamic single limb stability &amp; agility programs</w:t>
            </w:r>
          </w:p>
          <w:p w14:paraId="700A5E1A" w14:textId="77777777" w:rsidR="00C42A15" w:rsidRDefault="00C42A15" w:rsidP="00C42A15">
            <w:pPr>
              <w:pStyle w:val="ListParagraph"/>
              <w:numPr>
                <w:ilvl w:val="0"/>
                <w:numId w:val="30"/>
              </w:numPr>
            </w:pPr>
            <w:r>
              <w:t>Address muscle imbalances – evaluation-based</w:t>
            </w:r>
          </w:p>
          <w:p w14:paraId="13674B82" w14:textId="77777777" w:rsidR="00C42A15" w:rsidRDefault="00C42A15" w:rsidP="00C42A15">
            <w:pPr>
              <w:pStyle w:val="ListParagraph"/>
              <w:numPr>
                <w:ilvl w:val="0"/>
                <w:numId w:val="30"/>
              </w:numPr>
            </w:pPr>
            <w:r>
              <w:t>Advance core stability</w:t>
            </w:r>
          </w:p>
          <w:p w14:paraId="0F0BCC44" w14:textId="77777777" w:rsidR="00C42A15" w:rsidRDefault="00C42A15" w:rsidP="00C42A15">
            <w:pPr>
              <w:pStyle w:val="ListParagraph"/>
              <w:numPr>
                <w:ilvl w:val="0"/>
                <w:numId w:val="30"/>
              </w:numPr>
            </w:pPr>
            <w:r>
              <w:t>Continue cross-training</w:t>
            </w:r>
          </w:p>
          <w:p w14:paraId="42CB6CDE" w14:textId="77777777" w:rsidR="00C42A15" w:rsidRDefault="00C42A15" w:rsidP="00C42A15">
            <w:pPr>
              <w:pStyle w:val="ListParagraph"/>
              <w:numPr>
                <w:ilvl w:val="0"/>
                <w:numId w:val="30"/>
              </w:numPr>
            </w:pPr>
            <w:r>
              <w:t>Advance plyometric program with MD clearance and evidence of good eccentric quadriceps control</w:t>
            </w:r>
          </w:p>
          <w:p w14:paraId="1C2AAC12" w14:textId="77777777" w:rsidR="00C42A15" w:rsidRDefault="001E662B" w:rsidP="00C42A15">
            <w:pPr>
              <w:pStyle w:val="ListParagraph"/>
              <w:numPr>
                <w:ilvl w:val="1"/>
                <w:numId w:val="30"/>
              </w:numPr>
            </w:pPr>
            <w:r>
              <w:t>Vertical jumping progression: Jump down</w:t>
            </w:r>
          </w:p>
          <w:p w14:paraId="4B6BCA36" w14:textId="77777777" w:rsidR="001E662B" w:rsidRDefault="001E662B" w:rsidP="00C42A15">
            <w:pPr>
              <w:pStyle w:val="ListParagraph"/>
              <w:numPr>
                <w:ilvl w:val="1"/>
                <w:numId w:val="30"/>
              </w:numPr>
            </w:pPr>
            <w:r>
              <w:t>Horizontal jumping progression: Broad jump, single leg landings</w:t>
            </w:r>
          </w:p>
          <w:p w14:paraId="78AE8AC9" w14:textId="77777777" w:rsidR="001E662B" w:rsidRDefault="001E662B" w:rsidP="00C42A15">
            <w:pPr>
              <w:pStyle w:val="ListParagraph"/>
              <w:numPr>
                <w:ilvl w:val="1"/>
                <w:numId w:val="30"/>
              </w:numPr>
            </w:pPr>
            <w:r>
              <w:t>Progress running program</w:t>
            </w:r>
          </w:p>
          <w:p w14:paraId="348F3C17" w14:textId="796771FD" w:rsidR="001E662B" w:rsidRDefault="001E662B" w:rsidP="00C42A15">
            <w:pPr>
              <w:pStyle w:val="ListParagraph"/>
              <w:numPr>
                <w:ilvl w:val="1"/>
                <w:numId w:val="30"/>
              </w:numPr>
            </w:pPr>
            <w:r>
              <w:t xml:space="preserve">Cutting, deceleration, change of direction with MD clearance </w:t>
            </w:r>
            <w:proofErr w:type="gramStart"/>
            <w:r>
              <w:t>an</w:t>
            </w:r>
            <w:proofErr w:type="gramEnd"/>
            <w:r>
              <w:t xml:space="preserve"> dynamic single limb stability</w:t>
            </w:r>
          </w:p>
        </w:tc>
      </w:tr>
    </w:tbl>
    <w:p w14:paraId="12D8E7F2" w14:textId="7FACCF1E" w:rsidR="009E0B13" w:rsidRDefault="009E0B13" w:rsidP="009B3BE2">
      <w:pPr>
        <w:spacing w:after="0" w:line="240" w:lineRule="auto"/>
      </w:pPr>
    </w:p>
    <w:p w14:paraId="7A6F209B" w14:textId="1C0D3689" w:rsidR="00664949" w:rsidRDefault="00611916" w:rsidP="009B3BE2">
      <w:pPr>
        <w:spacing w:after="0" w:line="240" w:lineRule="auto"/>
        <w:rPr>
          <w:b/>
          <w:bCs/>
        </w:rPr>
      </w:pPr>
      <w:r>
        <w:rPr>
          <w:b/>
          <w:bCs/>
        </w:rPr>
        <w:t>CRITERIA</w:t>
      </w:r>
      <w:r w:rsidR="00462602">
        <w:rPr>
          <w:b/>
          <w:bCs/>
        </w:rPr>
        <w:t xml:space="preserve"> FOR DISCHARGE / RETURN TO SPORT:</w:t>
      </w:r>
    </w:p>
    <w:p w14:paraId="7894FB9F" w14:textId="0F784743" w:rsidR="00462602" w:rsidRDefault="00462602" w:rsidP="00462602">
      <w:pPr>
        <w:pStyle w:val="ListParagraph"/>
        <w:numPr>
          <w:ilvl w:val="0"/>
          <w:numId w:val="31"/>
        </w:numPr>
        <w:spacing w:after="0" w:line="240" w:lineRule="auto"/>
      </w:pPr>
      <w:r>
        <w:t>If available – Isokinetic test at 180°/ sec and 300° / sec: 85% limb symmetry index (LSI)</w:t>
      </w:r>
    </w:p>
    <w:p w14:paraId="3E154310" w14:textId="70D23906" w:rsidR="00462602" w:rsidRDefault="00462602" w:rsidP="00462602">
      <w:pPr>
        <w:pStyle w:val="ListParagraph"/>
        <w:numPr>
          <w:ilvl w:val="0"/>
          <w:numId w:val="31"/>
        </w:numPr>
        <w:spacing w:after="0" w:line="240" w:lineRule="auto"/>
      </w:pPr>
      <w:r>
        <w:t>Demonstrate symmetry, quality, and alignment during selected movement patterns</w:t>
      </w:r>
    </w:p>
    <w:p w14:paraId="5039074B" w14:textId="5F0CBCFC" w:rsidR="00462602" w:rsidRDefault="00462602" w:rsidP="00462602">
      <w:pPr>
        <w:pStyle w:val="ListParagraph"/>
        <w:numPr>
          <w:ilvl w:val="0"/>
          <w:numId w:val="31"/>
        </w:numPr>
        <w:spacing w:after="0" w:line="240" w:lineRule="auto"/>
      </w:pPr>
      <w:r>
        <w:t>Medical clearance by surgeon for return</w:t>
      </w:r>
      <w:r w:rsidR="007B4B77">
        <w:t>-</w:t>
      </w:r>
      <w:r>
        <w:t>to</w:t>
      </w:r>
      <w:r w:rsidR="007B4B77">
        <w:t>-</w:t>
      </w:r>
      <w:r>
        <w:t>play progression</w:t>
      </w:r>
    </w:p>
    <w:p w14:paraId="6BA4C0A1" w14:textId="3BDCF734" w:rsidR="00462602" w:rsidRDefault="00462602" w:rsidP="00462602">
      <w:pPr>
        <w:pStyle w:val="ListParagraph"/>
        <w:numPr>
          <w:ilvl w:val="0"/>
          <w:numId w:val="31"/>
        </w:numPr>
        <w:spacing w:after="0" w:line="240" w:lineRule="auto"/>
      </w:pPr>
      <w:r>
        <w:t>Lack of apprehension with sport specific movements</w:t>
      </w:r>
    </w:p>
    <w:p w14:paraId="081CC254" w14:textId="7D6A42F9" w:rsidR="00462602" w:rsidRDefault="00462602" w:rsidP="00462602">
      <w:pPr>
        <w:pStyle w:val="ListParagraph"/>
        <w:numPr>
          <w:ilvl w:val="0"/>
          <w:numId w:val="31"/>
        </w:numPr>
        <w:spacing w:after="0" w:line="240" w:lineRule="auto"/>
      </w:pPr>
      <w:r>
        <w:t>Hop Test &gt; 85% limb symmetry</w:t>
      </w:r>
    </w:p>
    <w:p w14:paraId="3E3021F3" w14:textId="03E7F814" w:rsidR="00462602" w:rsidRDefault="00462602" w:rsidP="00462602">
      <w:pPr>
        <w:pStyle w:val="ListParagraph"/>
        <w:numPr>
          <w:ilvl w:val="0"/>
          <w:numId w:val="31"/>
        </w:numPr>
        <w:spacing w:after="0" w:line="240" w:lineRule="auto"/>
      </w:pPr>
      <w:r>
        <w:t>Demonstrate quality of movement with required sports activities</w:t>
      </w:r>
    </w:p>
    <w:p w14:paraId="2122C1FA" w14:textId="77777777" w:rsidR="00DE68BA" w:rsidRDefault="00DE68BA" w:rsidP="00DE68BA">
      <w:pPr>
        <w:pStyle w:val="ListParagraph"/>
        <w:spacing w:after="0" w:line="240" w:lineRule="auto"/>
      </w:pPr>
    </w:p>
    <w:p w14:paraId="3DB79064" w14:textId="34F27A3B" w:rsidR="00462602" w:rsidRDefault="00462602" w:rsidP="00462602">
      <w:pPr>
        <w:spacing w:after="0" w:line="240" w:lineRule="auto"/>
      </w:pPr>
      <w:r>
        <w:lastRenderedPageBreak/>
        <w:t xml:space="preserve">For any questions about operative details or rehabilitation guidelines, please contact Dr. Tingstad’s Athletic Trainer using the information below: </w:t>
      </w:r>
    </w:p>
    <w:p w14:paraId="42E9B1AF" w14:textId="77777777" w:rsidR="00462602" w:rsidRDefault="00462602" w:rsidP="00462602">
      <w:pPr>
        <w:spacing w:after="0" w:line="240" w:lineRule="auto"/>
      </w:pPr>
    </w:p>
    <w:p w14:paraId="1DA2B9A5" w14:textId="27D13B39" w:rsidR="00FC3139" w:rsidRDefault="00FC3139" w:rsidP="00462602">
      <w:pPr>
        <w:spacing w:after="0" w:line="240" w:lineRule="auto"/>
      </w:pPr>
      <w:r>
        <w:t>Ka</w:t>
      </w:r>
      <w:r w:rsidR="009D59BC">
        <w:t>tie</w:t>
      </w:r>
      <w:r>
        <w:t xml:space="preserve"> Lukes</w:t>
      </w:r>
    </w:p>
    <w:p w14:paraId="666067A2" w14:textId="04E70915" w:rsidR="00462602" w:rsidRDefault="00462602" w:rsidP="00462602">
      <w:pPr>
        <w:spacing w:after="0" w:line="240" w:lineRule="auto"/>
      </w:pPr>
      <w:hyperlink r:id="rId9" w:history="1">
        <w:r w:rsidRPr="001A6633">
          <w:rPr>
            <w:rStyle w:val="Hyperlink"/>
          </w:rPr>
          <w:t>Klukes@inlandortho.net</w:t>
        </w:r>
      </w:hyperlink>
    </w:p>
    <w:p w14:paraId="74C06620" w14:textId="465F0200" w:rsidR="00462602" w:rsidRDefault="00462602" w:rsidP="00462602">
      <w:pPr>
        <w:spacing w:after="0" w:line="240" w:lineRule="auto"/>
      </w:pPr>
      <w:r>
        <w:t>509-332-282</w:t>
      </w:r>
      <w:r w:rsidR="00F07A00">
        <w:t>8</w:t>
      </w:r>
    </w:p>
    <w:p w14:paraId="39EF92FA" w14:textId="55B7B0DA" w:rsidR="00F07A00" w:rsidRDefault="00F07A00" w:rsidP="00462602">
      <w:pPr>
        <w:spacing w:after="0" w:line="240" w:lineRule="auto"/>
      </w:pPr>
      <w:r>
        <w:t xml:space="preserve">Inland </w:t>
      </w:r>
      <w:proofErr w:type="spellStart"/>
      <w:r>
        <w:t>Orthopaedic</w:t>
      </w:r>
      <w:proofErr w:type="spellEnd"/>
      <w:r>
        <w:t xml:space="preserve"> Clinic</w:t>
      </w:r>
    </w:p>
    <w:p w14:paraId="6D69DFAE" w14:textId="58AE24B1" w:rsidR="006E0276" w:rsidRPr="00462602" w:rsidRDefault="006E0276" w:rsidP="00462602">
      <w:pPr>
        <w:spacing w:after="0" w:line="240" w:lineRule="auto"/>
      </w:pPr>
      <w:r w:rsidRPr="006E0276">
        <w:t>825 SE Bishop Blvd Suite 120, Pullman, WA 99163</w:t>
      </w:r>
    </w:p>
    <w:sectPr w:rsidR="006E0276" w:rsidRPr="00462602" w:rsidSect="00034616">
      <w:head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055D0D" w14:textId="77777777" w:rsidR="00F30F21" w:rsidRDefault="00F30F21" w:rsidP="00F86F80">
      <w:pPr>
        <w:spacing w:after="0" w:line="240" w:lineRule="auto"/>
      </w:pPr>
      <w:r>
        <w:separator/>
      </w:r>
    </w:p>
  </w:endnote>
  <w:endnote w:type="continuationSeparator" w:id="0">
    <w:p w14:paraId="4F81CB53" w14:textId="77777777" w:rsidR="00F30F21" w:rsidRDefault="00F30F21" w:rsidP="00F86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B9A01" w14:textId="77777777" w:rsidR="00F30F21" w:rsidRDefault="00F30F21" w:rsidP="00F86F80">
      <w:pPr>
        <w:spacing w:after="0" w:line="240" w:lineRule="auto"/>
      </w:pPr>
      <w:r>
        <w:separator/>
      </w:r>
    </w:p>
  </w:footnote>
  <w:footnote w:type="continuationSeparator" w:id="0">
    <w:p w14:paraId="238E4114" w14:textId="77777777" w:rsidR="00F30F21" w:rsidRDefault="00F30F21" w:rsidP="00F86F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ED882" w14:textId="77777777" w:rsidR="00F86F80" w:rsidRDefault="00F86F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68A08C5"/>
    <w:multiLevelType w:val="hybridMultilevel"/>
    <w:tmpl w:val="5B4A9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3D70AF"/>
    <w:multiLevelType w:val="hybridMultilevel"/>
    <w:tmpl w:val="8E78F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B326EA"/>
    <w:multiLevelType w:val="hybridMultilevel"/>
    <w:tmpl w:val="7FD0B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9F6968"/>
    <w:multiLevelType w:val="hybridMultilevel"/>
    <w:tmpl w:val="10BC5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CE6843"/>
    <w:multiLevelType w:val="hybridMultilevel"/>
    <w:tmpl w:val="29BA4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E1776C"/>
    <w:multiLevelType w:val="hybridMultilevel"/>
    <w:tmpl w:val="F98C2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130076"/>
    <w:multiLevelType w:val="hybridMultilevel"/>
    <w:tmpl w:val="A60A4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802FC4"/>
    <w:multiLevelType w:val="hybridMultilevel"/>
    <w:tmpl w:val="49D6F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8F44D1"/>
    <w:multiLevelType w:val="hybridMultilevel"/>
    <w:tmpl w:val="8D1E5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437A53"/>
    <w:multiLevelType w:val="hybridMultilevel"/>
    <w:tmpl w:val="CA6E5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5A49C2"/>
    <w:multiLevelType w:val="hybridMultilevel"/>
    <w:tmpl w:val="D3D8A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7D54AB"/>
    <w:multiLevelType w:val="hybridMultilevel"/>
    <w:tmpl w:val="CB3C4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BF40AC"/>
    <w:multiLevelType w:val="hybridMultilevel"/>
    <w:tmpl w:val="92F67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1C7DBF"/>
    <w:multiLevelType w:val="hybridMultilevel"/>
    <w:tmpl w:val="A356C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AC74E7"/>
    <w:multiLevelType w:val="hybridMultilevel"/>
    <w:tmpl w:val="1AC2C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0C41A9"/>
    <w:multiLevelType w:val="hybridMultilevel"/>
    <w:tmpl w:val="58AC2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850E1D"/>
    <w:multiLevelType w:val="hybridMultilevel"/>
    <w:tmpl w:val="41C0B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9F6EFC"/>
    <w:multiLevelType w:val="hybridMultilevel"/>
    <w:tmpl w:val="AA46A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184A40"/>
    <w:multiLevelType w:val="hybridMultilevel"/>
    <w:tmpl w:val="658C3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2E2BA2"/>
    <w:multiLevelType w:val="hybridMultilevel"/>
    <w:tmpl w:val="518E3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D907D3"/>
    <w:multiLevelType w:val="hybridMultilevel"/>
    <w:tmpl w:val="B6FED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2900F1"/>
    <w:multiLevelType w:val="hybridMultilevel"/>
    <w:tmpl w:val="A22AD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3777129">
    <w:abstractNumId w:val="8"/>
  </w:num>
  <w:num w:numId="2" w16cid:durableId="1595165950">
    <w:abstractNumId w:val="6"/>
  </w:num>
  <w:num w:numId="3" w16cid:durableId="32926121">
    <w:abstractNumId w:val="5"/>
  </w:num>
  <w:num w:numId="4" w16cid:durableId="1202669250">
    <w:abstractNumId w:val="4"/>
  </w:num>
  <w:num w:numId="5" w16cid:durableId="1142885856">
    <w:abstractNumId w:val="7"/>
  </w:num>
  <w:num w:numId="6" w16cid:durableId="934292343">
    <w:abstractNumId w:val="3"/>
  </w:num>
  <w:num w:numId="7" w16cid:durableId="1202085173">
    <w:abstractNumId w:val="2"/>
  </w:num>
  <w:num w:numId="8" w16cid:durableId="183059473">
    <w:abstractNumId w:val="1"/>
  </w:num>
  <w:num w:numId="9" w16cid:durableId="350256310">
    <w:abstractNumId w:val="0"/>
  </w:num>
  <w:num w:numId="10" w16cid:durableId="326638910">
    <w:abstractNumId w:val="9"/>
  </w:num>
  <w:num w:numId="11" w16cid:durableId="1473983075">
    <w:abstractNumId w:val="14"/>
  </w:num>
  <w:num w:numId="12" w16cid:durableId="313921748">
    <w:abstractNumId w:val="20"/>
  </w:num>
  <w:num w:numId="13" w16cid:durableId="2053920804">
    <w:abstractNumId w:val="13"/>
  </w:num>
  <w:num w:numId="14" w16cid:durableId="2048793549">
    <w:abstractNumId w:val="19"/>
  </w:num>
  <w:num w:numId="15" w16cid:durableId="1884750537">
    <w:abstractNumId w:val="29"/>
  </w:num>
  <w:num w:numId="16" w16cid:durableId="301161617">
    <w:abstractNumId w:val="28"/>
  </w:num>
  <w:num w:numId="17" w16cid:durableId="1951545829">
    <w:abstractNumId w:val="15"/>
  </w:num>
  <w:num w:numId="18" w16cid:durableId="838227508">
    <w:abstractNumId w:val="17"/>
  </w:num>
  <w:num w:numId="19" w16cid:durableId="1406609476">
    <w:abstractNumId w:val="24"/>
  </w:num>
  <w:num w:numId="20" w16cid:durableId="2058313356">
    <w:abstractNumId w:val="23"/>
  </w:num>
  <w:num w:numId="21" w16cid:durableId="1807159512">
    <w:abstractNumId w:val="25"/>
  </w:num>
  <w:num w:numId="22" w16cid:durableId="253897713">
    <w:abstractNumId w:val="30"/>
  </w:num>
  <w:num w:numId="23" w16cid:durableId="98988172">
    <w:abstractNumId w:val="27"/>
  </w:num>
  <w:num w:numId="24" w16cid:durableId="1441412551">
    <w:abstractNumId w:val="18"/>
  </w:num>
  <w:num w:numId="25" w16cid:durableId="1306355607">
    <w:abstractNumId w:val="22"/>
  </w:num>
  <w:num w:numId="26" w16cid:durableId="1132822064">
    <w:abstractNumId w:val="21"/>
  </w:num>
  <w:num w:numId="27" w16cid:durableId="1071318427">
    <w:abstractNumId w:val="16"/>
  </w:num>
  <w:num w:numId="28" w16cid:durableId="459763783">
    <w:abstractNumId w:val="12"/>
  </w:num>
  <w:num w:numId="29" w16cid:durableId="1023943758">
    <w:abstractNumId w:val="26"/>
  </w:num>
  <w:num w:numId="30" w16cid:durableId="54671447">
    <w:abstractNumId w:val="11"/>
  </w:num>
  <w:num w:numId="31" w16cid:durableId="125909830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31825"/>
    <w:rsid w:val="0015074B"/>
    <w:rsid w:val="001D5441"/>
    <w:rsid w:val="001E662B"/>
    <w:rsid w:val="001F68B1"/>
    <w:rsid w:val="00241FD2"/>
    <w:rsid w:val="00282F5E"/>
    <w:rsid w:val="0029639D"/>
    <w:rsid w:val="002D019F"/>
    <w:rsid w:val="002D3DAB"/>
    <w:rsid w:val="002D772C"/>
    <w:rsid w:val="00302D58"/>
    <w:rsid w:val="00326F90"/>
    <w:rsid w:val="00341648"/>
    <w:rsid w:val="003F72CA"/>
    <w:rsid w:val="00462602"/>
    <w:rsid w:val="004759AD"/>
    <w:rsid w:val="004775A9"/>
    <w:rsid w:val="004909C1"/>
    <w:rsid w:val="004A48E0"/>
    <w:rsid w:val="004B4CE8"/>
    <w:rsid w:val="0054005F"/>
    <w:rsid w:val="00564580"/>
    <w:rsid w:val="00611916"/>
    <w:rsid w:val="00640806"/>
    <w:rsid w:val="0064158E"/>
    <w:rsid w:val="00664949"/>
    <w:rsid w:val="00681F8B"/>
    <w:rsid w:val="006C7134"/>
    <w:rsid w:val="006E0276"/>
    <w:rsid w:val="00753006"/>
    <w:rsid w:val="007947C0"/>
    <w:rsid w:val="007B4B77"/>
    <w:rsid w:val="007D22BC"/>
    <w:rsid w:val="007E6EA3"/>
    <w:rsid w:val="00834C79"/>
    <w:rsid w:val="008661E0"/>
    <w:rsid w:val="008B2473"/>
    <w:rsid w:val="008F0D41"/>
    <w:rsid w:val="009376CC"/>
    <w:rsid w:val="009B3BE2"/>
    <w:rsid w:val="009D59BC"/>
    <w:rsid w:val="009E0B13"/>
    <w:rsid w:val="009E7C16"/>
    <w:rsid w:val="00A27288"/>
    <w:rsid w:val="00A3680A"/>
    <w:rsid w:val="00A75504"/>
    <w:rsid w:val="00AA1D8D"/>
    <w:rsid w:val="00AC616D"/>
    <w:rsid w:val="00B40D0E"/>
    <w:rsid w:val="00B47730"/>
    <w:rsid w:val="00C42A15"/>
    <w:rsid w:val="00CB0664"/>
    <w:rsid w:val="00DA4C0C"/>
    <w:rsid w:val="00DC218A"/>
    <w:rsid w:val="00DE68BA"/>
    <w:rsid w:val="00E94E0D"/>
    <w:rsid w:val="00EE4D8B"/>
    <w:rsid w:val="00F07A00"/>
    <w:rsid w:val="00F15FBF"/>
    <w:rsid w:val="00F30F21"/>
    <w:rsid w:val="00F63D78"/>
    <w:rsid w:val="00F74EAE"/>
    <w:rsid w:val="00F75761"/>
    <w:rsid w:val="00F86F80"/>
    <w:rsid w:val="00FC313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FB5CA2"/>
  <w14:defaultImageDpi w14:val="300"/>
  <w15:docId w15:val="{C29ACF7A-7E60-4C70-A037-E0645A04B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46260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26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lukes@inlandortho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1094</Words>
  <Characters>6241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7321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Jacob Bindley</cp:lastModifiedBy>
  <cp:revision>53</cp:revision>
  <dcterms:created xsi:type="dcterms:W3CDTF">2013-12-23T23:15:00Z</dcterms:created>
  <dcterms:modified xsi:type="dcterms:W3CDTF">2026-02-19T17:29:00Z</dcterms:modified>
  <cp:category/>
</cp:coreProperties>
</file>